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255F" w:rsidRDefault="00A23C0D" w:rsidP="00BD255F">
      <w:pPr>
        <w:jc w:val="right"/>
        <w:rPr>
          <w:lang w:val="ru-RU"/>
        </w:rPr>
      </w:pPr>
      <w:r w:rsidRPr="0096643B">
        <w:rPr>
          <w:b/>
          <w:lang w:val="ru-RU"/>
        </w:rPr>
        <w:t>УТВЕРЖДАЮ</w:t>
      </w:r>
      <w:r w:rsidRPr="0096643B">
        <w:rPr>
          <w:b/>
          <w:lang w:val="ru-RU"/>
        </w:rPr>
        <w:br/>
      </w:r>
      <w:r w:rsidRPr="0096643B">
        <w:rPr>
          <w:lang w:val="ru-RU"/>
        </w:rPr>
        <w:t>Директор АНО «Центр социальной и культурной</w:t>
      </w:r>
      <w:r w:rsidRPr="0096643B">
        <w:rPr>
          <w:lang w:val="ru-RU"/>
        </w:rPr>
        <w:br/>
        <w:t>поддержки и развития «+100»</w:t>
      </w:r>
      <w:r w:rsidR="0096643B">
        <w:rPr>
          <w:lang w:val="ru-RU"/>
        </w:rPr>
        <w:t xml:space="preserve"> </w:t>
      </w:r>
    </w:p>
    <w:p w:rsidR="001F17DB" w:rsidRPr="0096643B" w:rsidRDefault="00A23C0D" w:rsidP="00BD255F">
      <w:pPr>
        <w:jc w:val="right"/>
        <w:rPr>
          <w:lang w:val="ru-RU"/>
        </w:rPr>
      </w:pPr>
      <w:r w:rsidRPr="0096643B">
        <w:rPr>
          <w:lang w:val="ru-RU"/>
        </w:rPr>
        <w:t>_____________ / О.В. Коробейникова</w:t>
      </w:r>
      <w:r w:rsidR="00DB4382">
        <w:rPr>
          <w:lang w:val="ru-RU"/>
        </w:rPr>
        <w:t xml:space="preserve"> </w:t>
      </w:r>
      <w:r w:rsidRPr="0096643B">
        <w:rPr>
          <w:lang w:val="ru-RU"/>
        </w:rPr>
        <w:br/>
        <w:t>«1» сентября 2026 года</w:t>
      </w:r>
    </w:p>
    <w:p w:rsidR="00B343B6" w:rsidRDefault="00B343B6" w:rsidP="00660482">
      <w:pPr>
        <w:spacing w:after="0" w:line="240" w:lineRule="auto"/>
        <w:jc w:val="center"/>
        <w:rPr>
          <w:b/>
          <w:sz w:val="28"/>
          <w:lang w:val="ru-RU"/>
        </w:rPr>
      </w:pPr>
      <w:bookmarkStart w:id="0" w:name="_GoBack"/>
      <w:bookmarkEnd w:id="0"/>
    </w:p>
    <w:p w:rsidR="001F17DB" w:rsidRPr="0096643B" w:rsidRDefault="00A23C0D" w:rsidP="00660482">
      <w:pPr>
        <w:spacing w:after="0" w:line="240" w:lineRule="auto"/>
        <w:jc w:val="center"/>
        <w:rPr>
          <w:lang w:val="ru-RU"/>
        </w:rPr>
      </w:pPr>
      <w:r w:rsidRPr="0096643B">
        <w:rPr>
          <w:b/>
          <w:sz w:val="28"/>
          <w:lang w:val="ru-RU"/>
        </w:rPr>
        <w:t>ПОЛОЖЕНИЕ</w:t>
      </w:r>
      <w:r w:rsidRPr="0096643B">
        <w:rPr>
          <w:lang w:val="ru-RU"/>
        </w:rPr>
        <w:br/>
        <w:t>о конкурсе областного литературно-благотворительного проекта</w:t>
      </w:r>
      <w:r w:rsidR="0096643B">
        <w:rPr>
          <w:lang w:val="ru-RU"/>
        </w:rPr>
        <w:t xml:space="preserve"> </w:t>
      </w:r>
      <w:r w:rsidRPr="0096643B">
        <w:rPr>
          <w:lang w:val="ru-RU"/>
        </w:rPr>
        <w:br/>
      </w:r>
      <w:r w:rsidRPr="0096643B">
        <w:rPr>
          <w:b/>
          <w:sz w:val="26"/>
          <w:lang w:val="ru-RU"/>
        </w:rPr>
        <w:t>«Хранители»</w:t>
      </w:r>
    </w:p>
    <w:p w:rsidR="001F17DB" w:rsidRDefault="00A23C0D" w:rsidP="00660482">
      <w:pPr>
        <w:spacing w:after="0" w:line="240" w:lineRule="auto"/>
        <w:jc w:val="center"/>
        <w:rPr>
          <w:i/>
          <w:lang w:val="ru-RU"/>
        </w:rPr>
      </w:pPr>
      <w:r w:rsidRPr="0096643B">
        <w:rPr>
          <w:i/>
          <w:lang w:val="ru-RU"/>
        </w:rPr>
        <w:t>Проект реализуется при поддержке Президентского фонда культурных инициатив</w:t>
      </w:r>
    </w:p>
    <w:p w:rsidR="00660482" w:rsidRPr="0096643B" w:rsidRDefault="00660482" w:rsidP="00660482">
      <w:pPr>
        <w:spacing w:after="0" w:line="240" w:lineRule="auto"/>
        <w:jc w:val="center"/>
        <w:rPr>
          <w:lang w:val="ru-RU"/>
        </w:rPr>
      </w:pPr>
    </w:p>
    <w:p w:rsidR="001F17DB" w:rsidRPr="0096643B" w:rsidRDefault="00A23C0D" w:rsidP="00660482">
      <w:pPr>
        <w:pStyle w:val="1"/>
        <w:spacing w:before="0" w:after="0" w:line="240" w:lineRule="auto"/>
        <w:rPr>
          <w:lang w:val="ru-RU"/>
        </w:rPr>
      </w:pPr>
      <w:r w:rsidRPr="0096643B">
        <w:rPr>
          <w:lang w:val="ru-RU"/>
        </w:rPr>
        <w:t>1. ОБЩИЕ ПОЛОЖЕНИЯ</w:t>
      </w:r>
    </w:p>
    <w:p w:rsidR="001F17DB" w:rsidRPr="0096643B" w:rsidRDefault="00A23C0D" w:rsidP="00660482">
      <w:pPr>
        <w:spacing w:after="0" w:line="240" w:lineRule="auto"/>
        <w:jc w:val="both"/>
        <w:rPr>
          <w:lang w:val="ru-RU"/>
        </w:rPr>
      </w:pPr>
      <w:r w:rsidRPr="0096643B">
        <w:rPr>
          <w:lang w:val="ru-RU"/>
        </w:rPr>
        <w:t xml:space="preserve">1.1. Областной литературно-благотворительный проект «Хранители» объединяет авторов Тюменской области, Ханты-Мансийского автономного округа </w:t>
      </w:r>
      <w:r w:rsidR="0096643B">
        <w:rPr>
          <w:lang w:val="ru-RU"/>
        </w:rPr>
        <w:t>-</w:t>
      </w:r>
      <w:r w:rsidRPr="0096643B">
        <w:rPr>
          <w:lang w:val="ru-RU"/>
        </w:rPr>
        <w:t xml:space="preserve"> Югры и Ямало-Ненецкого автономного округа вокруг тем патриотизма, любви к Родине, исторической памяти, семейной поддержки, мужества, благодарности, веры и надежды. Слово и творчество авторов становятся формой человеческой поддержки российских военнослужащих, выполняющих задачи специальной военной операции, и членов их семей.</w:t>
      </w:r>
    </w:p>
    <w:p w:rsidR="001F17DB" w:rsidRPr="0096643B" w:rsidRDefault="00A23C0D" w:rsidP="00660482">
      <w:pPr>
        <w:spacing w:after="0" w:line="240" w:lineRule="auto"/>
        <w:jc w:val="both"/>
        <w:rPr>
          <w:lang w:val="ru-RU"/>
        </w:rPr>
      </w:pPr>
      <w:r w:rsidRPr="0096643B">
        <w:rPr>
          <w:lang w:val="ru-RU"/>
        </w:rPr>
        <w:t xml:space="preserve">1.2. Настоящее Положение определяет порядок проведения конкурса и отбора литературных произведений для областного литературно-благотворительного проекта «Хранители» (далее </w:t>
      </w:r>
      <w:r w:rsidR="00A61996">
        <w:rPr>
          <w:lang w:val="ru-RU"/>
        </w:rPr>
        <w:t>-</w:t>
      </w:r>
      <w:r w:rsidRPr="0096643B">
        <w:rPr>
          <w:lang w:val="ru-RU"/>
        </w:rPr>
        <w:t xml:space="preserve"> Конкурс, Проект).</w:t>
      </w:r>
    </w:p>
    <w:p w:rsidR="001F17DB" w:rsidRPr="0096643B" w:rsidRDefault="00A23C0D" w:rsidP="00660482">
      <w:pPr>
        <w:spacing w:after="0" w:line="240" w:lineRule="auto"/>
        <w:jc w:val="both"/>
        <w:rPr>
          <w:lang w:val="ru-RU"/>
        </w:rPr>
      </w:pPr>
      <w:r w:rsidRPr="0096643B">
        <w:rPr>
          <w:lang w:val="ru-RU"/>
        </w:rPr>
        <w:t xml:space="preserve">1.3. Организатор Проекта </w:t>
      </w:r>
      <w:r w:rsidR="0096643B">
        <w:rPr>
          <w:lang w:val="ru-RU"/>
        </w:rPr>
        <w:t>-</w:t>
      </w:r>
      <w:r w:rsidRPr="0096643B">
        <w:rPr>
          <w:lang w:val="ru-RU"/>
        </w:rPr>
        <w:t xml:space="preserve"> АНО «Центр социальной и культурной поддержки и развития «+100», г. Тюмень.</w:t>
      </w:r>
    </w:p>
    <w:p w:rsidR="001F17DB" w:rsidRPr="0096643B" w:rsidRDefault="00A23C0D" w:rsidP="00660482">
      <w:pPr>
        <w:spacing w:after="0" w:line="240" w:lineRule="auto"/>
        <w:jc w:val="both"/>
        <w:rPr>
          <w:lang w:val="ru-RU"/>
        </w:rPr>
      </w:pPr>
      <w:r w:rsidRPr="0096643B">
        <w:rPr>
          <w:lang w:val="ru-RU"/>
        </w:rPr>
        <w:t xml:space="preserve">1.4. География Проекта: Тюменская область, Ханты-Мансийский автономный округ </w:t>
      </w:r>
      <w:r w:rsidR="0096643B">
        <w:rPr>
          <w:lang w:val="ru-RU"/>
        </w:rPr>
        <w:t>-</w:t>
      </w:r>
      <w:r w:rsidRPr="0096643B">
        <w:rPr>
          <w:lang w:val="ru-RU"/>
        </w:rPr>
        <w:t xml:space="preserve"> Югра, Ямало-Ненецкий автономный округ.</w:t>
      </w:r>
    </w:p>
    <w:p w:rsidR="001F17DB" w:rsidRDefault="00A23C0D" w:rsidP="00660482">
      <w:pPr>
        <w:spacing w:after="0" w:line="240" w:lineRule="auto"/>
        <w:jc w:val="both"/>
        <w:rPr>
          <w:lang w:val="ru-RU"/>
        </w:rPr>
      </w:pPr>
      <w:r w:rsidRPr="0096643B">
        <w:rPr>
          <w:lang w:val="ru-RU"/>
        </w:rPr>
        <w:t>1.5. Участие в Конкурсе бесплатное.</w:t>
      </w:r>
    </w:p>
    <w:p w:rsidR="00A61996" w:rsidRPr="0096643B" w:rsidRDefault="00A61996" w:rsidP="00660482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>1.6. Даты реализации Проекта: 01.09.2026 – 28.02.2027.</w:t>
      </w:r>
    </w:p>
    <w:p w:rsidR="001F17DB" w:rsidRPr="0096643B" w:rsidRDefault="00A23C0D" w:rsidP="00660482">
      <w:pPr>
        <w:pStyle w:val="1"/>
        <w:spacing w:before="0" w:after="0" w:line="240" w:lineRule="auto"/>
        <w:rPr>
          <w:lang w:val="ru-RU"/>
        </w:rPr>
      </w:pPr>
      <w:r w:rsidRPr="0096643B">
        <w:rPr>
          <w:lang w:val="ru-RU"/>
        </w:rPr>
        <w:t>2. ЦЕЛЬ И ЗАДАЧИ ПРОЕКТА</w:t>
      </w:r>
    </w:p>
    <w:p w:rsidR="00D44AE8" w:rsidRPr="00D44AE8" w:rsidRDefault="00A23C0D" w:rsidP="00660482">
      <w:pPr>
        <w:spacing w:after="0" w:line="240" w:lineRule="auto"/>
        <w:jc w:val="both"/>
        <w:rPr>
          <w:lang w:val="ru-RU"/>
        </w:rPr>
      </w:pPr>
      <w:r w:rsidRPr="0096643B">
        <w:rPr>
          <w:lang w:val="ru-RU"/>
        </w:rPr>
        <w:t xml:space="preserve">2.1. </w:t>
      </w:r>
      <w:r w:rsidR="00D44AE8" w:rsidRPr="00D44AE8">
        <w:rPr>
          <w:lang w:val="ru-RU"/>
        </w:rPr>
        <w:t>Конкурс проводится в рамках проекта «Хранители» и направлен на достижение его целей и задач.</w:t>
      </w:r>
    </w:p>
    <w:p w:rsidR="001F17DB" w:rsidRPr="0096643B" w:rsidRDefault="00D44AE8" w:rsidP="00660482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 xml:space="preserve">2.2. </w:t>
      </w:r>
      <w:r w:rsidR="00A23C0D" w:rsidRPr="0096643B">
        <w:rPr>
          <w:lang w:val="ru-RU"/>
        </w:rPr>
        <w:t xml:space="preserve">Цель Проекта </w:t>
      </w:r>
      <w:r w:rsidR="0096643B">
        <w:rPr>
          <w:lang w:val="ru-RU"/>
        </w:rPr>
        <w:t>-</w:t>
      </w:r>
      <w:r w:rsidR="00A23C0D" w:rsidRPr="0096643B">
        <w:rPr>
          <w:lang w:val="ru-RU"/>
        </w:rPr>
        <w:t xml:space="preserve"> развитие патриотического направления литературного движения, объединение авторов трех территорий и оказание культурной и духовной поддержки российским военнослужащим и членам их семей.</w:t>
      </w:r>
    </w:p>
    <w:p w:rsidR="001F17DB" w:rsidRDefault="00A23C0D" w:rsidP="00660482">
      <w:pPr>
        <w:spacing w:after="0" w:line="240" w:lineRule="auto"/>
        <w:jc w:val="both"/>
      </w:pPr>
      <w:r>
        <w:t>2.</w:t>
      </w:r>
      <w:r w:rsidR="00D44AE8">
        <w:rPr>
          <w:lang w:val="ru-RU"/>
        </w:rPr>
        <w:t>3</w:t>
      </w:r>
      <w:r>
        <w:t>. Задачи Проекта:</w:t>
      </w:r>
    </w:p>
    <w:p w:rsidR="001F17DB" w:rsidRPr="0096643B" w:rsidRDefault="00A23C0D" w:rsidP="00660482">
      <w:pPr>
        <w:pStyle w:val="a0"/>
        <w:spacing w:after="0" w:line="240" w:lineRule="auto"/>
        <w:ind w:left="340"/>
        <w:rPr>
          <w:lang w:val="ru-RU"/>
        </w:rPr>
      </w:pPr>
      <w:r w:rsidRPr="0096643B">
        <w:rPr>
          <w:lang w:val="ru-RU"/>
        </w:rPr>
        <w:t>прием и профессиональный отбор литературных произведений авторов Тюменской области, Югры и Ямала;</w:t>
      </w:r>
    </w:p>
    <w:p w:rsidR="001F17DB" w:rsidRPr="0096643B" w:rsidRDefault="00A23C0D" w:rsidP="00660482">
      <w:pPr>
        <w:pStyle w:val="a0"/>
        <w:spacing w:after="0" w:line="240" w:lineRule="auto"/>
        <w:ind w:left="340"/>
        <w:rPr>
          <w:lang w:val="ru-RU"/>
        </w:rPr>
      </w:pPr>
      <w:r w:rsidRPr="0096643B">
        <w:rPr>
          <w:lang w:val="ru-RU"/>
        </w:rPr>
        <w:t>популяризация патриотических, семейных и культурно-нравственных ценностей средствами современной литературы;</w:t>
      </w:r>
    </w:p>
    <w:p w:rsidR="001F17DB" w:rsidRPr="0096643B" w:rsidRDefault="00A23C0D" w:rsidP="00660482">
      <w:pPr>
        <w:pStyle w:val="a0"/>
        <w:spacing w:after="0" w:line="240" w:lineRule="auto"/>
        <w:ind w:left="340"/>
        <w:rPr>
          <w:lang w:val="ru-RU"/>
        </w:rPr>
      </w:pPr>
      <w:r w:rsidRPr="0096643B">
        <w:rPr>
          <w:lang w:val="ru-RU"/>
        </w:rPr>
        <w:t>поддержка профессиональных, самодеятельных и начинающих авторов, развитие межрегиональных литературных связей;</w:t>
      </w:r>
    </w:p>
    <w:p w:rsidR="001F17DB" w:rsidRPr="0096643B" w:rsidRDefault="00A23C0D" w:rsidP="00660482">
      <w:pPr>
        <w:pStyle w:val="a0"/>
        <w:spacing w:after="0" w:line="240" w:lineRule="auto"/>
        <w:ind w:left="340"/>
        <w:rPr>
          <w:lang w:val="ru-RU"/>
        </w:rPr>
      </w:pPr>
      <w:r w:rsidRPr="0096643B">
        <w:rPr>
          <w:lang w:val="ru-RU"/>
        </w:rPr>
        <w:t>издание поэтического сборника «Хранители» тиражом не менее 3000 экземпляров;</w:t>
      </w:r>
    </w:p>
    <w:p w:rsidR="0096643B" w:rsidRDefault="00A23C0D" w:rsidP="00660482">
      <w:pPr>
        <w:pStyle w:val="a0"/>
        <w:spacing w:after="0" w:line="240" w:lineRule="auto"/>
        <w:ind w:left="340"/>
        <w:rPr>
          <w:lang w:val="ru-RU"/>
        </w:rPr>
      </w:pPr>
      <w:r w:rsidRPr="0096643B">
        <w:rPr>
          <w:lang w:val="ru-RU"/>
        </w:rPr>
        <w:t>проведение музыкально-поэтических мероприятий в Тюмени, Заводоуковске и Сургуте, презентация сборника и его бесплатное распространение в рамках мероприятий Проекта</w:t>
      </w:r>
    </w:p>
    <w:p w:rsidR="001F17DB" w:rsidRPr="0096643B" w:rsidRDefault="0096643B" w:rsidP="00660482">
      <w:pPr>
        <w:pStyle w:val="a0"/>
        <w:spacing w:after="0" w:line="240" w:lineRule="auto"/>
        <w:ind w:left="340"/>
        <w:rPr>
          <w:lang w:val="ru-RU"/>
        </w:rPr>
      </w:pPr>
      <w:r>
        <w:rPr>
          <w:lang w:val="ru-RU"/>
        </w:rPr>
        <w:t>отправка сборника «Хранители» военнослужащим через партнерские организации</w:t>
      </w:r>
      <w:r w:rsidR="00A23C0D" w:rsidRPr="0096643B">
        <w:rPr>
          <w:lang w:val="ru-RU"/>
        </w:rPr>
        <w:t>.</w:t>
      </w:r>
    </w:p>
    <w:p w:rsidR="001F17DB" w:rsidRPr="0096643B" w:rsidRDefault="00A23C0D" w:rsidP="00660482">
      <w:pPr>
        <w:pStyle w:val="1"/>
        <w:spacing w:before="0" w:after="0" w:line="240" w:lineRule="auto"/>
        <w:rPr>
          <w:lang w:val="ru-RU"/>
        </w:rPr>
      </w:pPr>
      <w:r w:rsidRPr="0096643B">
        <w:rPr>
          <w:lang w:val="ru-RU"/>
        </w:rPr>
        <w:t>3. УЧАСТНИКИ</w:t>
      </w:r>
    </w:p>
    <w:p w:rsidR="001F17DB" w:rsidRPr="0096643B" w:rsidRDefault="00A23C0D" w:rsidP="00660482">
      <w:pPr>
        <w:spacing w:after="0" w:line="240" w:lineRule="auto"/>
        <w:jc w:val="both"/>
        <w:rPr>
          <w:lang w:val="ru-RU"/>
        </w:rPr>
      </w:pPr>
      <w:r w:rsidRPr="0096643B">
        <w:rPr>
          <w:lang w:val="ru-RU"/>
        </w:rPr>
        <w:t xml:space="preserve">3.1. К участию приглашаются профессиональные и самодеятельные поэты, начинающие авторы, школьники, студенты, читатели библиотек, участники литературных клубов, кружков и объединений, а также иные авторы, пишущие стихи на русском языке и проживающие на территории Тюменской области, ХМАО </w:t>
      </w:r>
      <w:r w:rsidR="0096643B">
        <w:rPr>
          <w:lang w:val="ru-RU"/>
        </w:rPr>
        <w:t>-</w:t>
      </w:r>
      <w:r w:rsidRPr="0096643B">
        <w:rPr>
          <w:lang w:val="ru-RU"/>
        </w:rPr>
        <w:t xml:space="preserve"> Югры или ЯНАО.</w:t>
      </w:r>
    </w:p>
    <w:p w:rsidR="001F17DB" w:rsidRPr="0096643B" w:rsidRDefault="00A23C0D" w:rsidP="00660482">
      <w:pPr>
        <w:spacing w:after="0" w:line="240" w:lineRule="auto"/>
        <w:jc w:val="both"/>
        <w:rPr>
          <w:lang w:val="ru-RU"/>
        </w:rPr>
      </w:pPr>
      <w:r w:rsidRPr="0096643B">
        <w:rPr>
          <w:lang w:val="ru-RU"/>
        </w:rPr>
        <w:t>3.2. Возрастных ограничений не устанавливается. Заявка несовершеннолетнего автора направляется с согласия его законного представителя.</w:t>
      </w:r>
    </w:p>
    <w:p w:rsidR="001F17DB" w:rsidRPr="00A76429" w:rsidRDefault="00A23C0D" w:rsidP="00660482">
      <w:pPr>
        <w:spacing w:after="0" w:line="240" w:lineRule="auto"/>
        <w:jc w:val="both"/>
        <w:rPr>
          <w:lang w:val="ru-RU"/>
        </w:rPr>
      </w:pPr>
      <w:r w:rsidRPr="0096643B">
        <w:rPr>
          <w:lang w:val="ru-RU"/>
        </w:rPr>
        <w:t>3.3.</w:t>
      </w:r>
      <w:r w:rsidR="00A76429" w:rsidRPr="00A76429">
        <w:rPr>
          <w:lang w:val="ru-RU"/>
        </w:rPr>
        <w:t xml:space="preserve"> Литературные объединения и учреждения могут оказывать участникам информационную и организационную помощь при подготовке заявок. При этом каждый участник направляет заявку на участие в Конкурсе индивидуально, от своего имени, в порядке, установленном разделом 5 настоящего Положения. </w:t>
      </w:r>
      <w:r w:rsidR="00A76429" w:rsidRPr="00BD255F">
        <w:rPr>
          <w:lang w:val="ru-RU"/>
        </w:rPr>
        <w:t>Подача коллективных (объединённых) заявок не предусмотрена.</w:t>
      </w:r>
      <w:r w:rsidR="00A76429">
        <w:rPr>
          <w:lang w:val="ru-RU"/>
        </w:rPr>
        <w:t xml:space="preserve"> </w:t>
      </w:r>
    </w:p>
    <w:p w:rsidR="001F17DB" w:rsidRPr="0096643B" w:rsidRDefault="00A23C0D" w:rsidP="00660482">
      <w:pPr>
        <w:pStyle w:val="1"/>
        <w:spacing w:before="0" w:after="0" w:line="240" w:lineRule="auto"/>
        <w:rPr>
          <w:lang w:val="ru-RU"/>
        </w:rPr>
      </w:pPr>
      <w:r w:rsidRPr="0096643B">
        <w:rPr>
          <w:lang w:val="ru-RU"/>
        </w:rPr>
        <w:lastRenderedPageBreak/>
        <w:t>4. ТЕМАТИКА И ТРЕБОВАНИЯ К ПРОИЗВЕДЕНИЯМ</w:t>
      </w:r>
    </w:p>
    <w:p w:rsidR="001F17DB" w:rsidRPr="0096643B" w:rsidRDefault="00A23C0D" w:rsidP="00660482">
      <w:pPr>
        <w:spacing w:after="0" w:line="240" w:lineRule="auto"/>
        <w:jc w:val="both"/>
        <w:rPr>
          <w:lang w:val="ru-RU"/>
        </w:rPr>
      </w:pPr>
      <w:r w:rsidRPr="0096643B">
        <w:rPr>
          <w:lang w:val="ru-RU"/>
        </w:rPr>
        <w:t>4.1. Принимаются завершенные литературные произведения собственного сочинения в стихотворной форме на русском языке.</w:t>
      </w:r>
    </w:p>
    <w:p w:rsidR="001F17DB" w:rsidRDefault="00A23C0D" w:rsidP="00660482">
      <w:pPr>
        <w:spacing w:after="0" w:line="240" w:lineRule="auto"/>
        <w:jc w:val="both"/>
      </w:pPr>
      <w:r>
        <w:t>4.2. Тематика произведений может включать:</w:t>
      </w:r>
    </w:p>
    <w:p w:rsidR="001F17DB" w:rsidRPr="0096643B" w:rsidRDefault="00A23C0D" w:rsidP="00660482">
      <w:pPr>
        <w:pStyle w:val="a0"/>
        <w:spacing w:after="0" w:line="240" w:lineRule="auto"/>
        <w:ind w:left="340"/>
        <w:rPr>
          <w:lang w:val="ru-RU"/>
        </w:rPr>
      </w:pPr>
      <w:r w:rsidRPr="0096643B">
        <w:rPr>
          <w:lang w:val="ru-RU"/>
        </w:rPr>
        <w:t>любовь к Родине, патриотизм, гражданскую ответственность и служение Отечеству;</w:t>
      </w:r>
    </w:p>
    <w:p w:rsidR="001F17DB" w:rsidRPr="0096643B" w:rsidRDefault="00A23C0D" w:rsidP="00660482">
      <w:pPr>
        <w:pStyle w:val="a0"/>
        <w:spacing w:after="0" w:line="240" w:lineRule="auto"/>
        <w:ind w:left="340"/>
        <w:rPr>
          <w:lang w:val="ru-RU"/>
        </w:rPr>
      </w:pPr>
      <w:r w:rsidRPr="0096643B">
        <w:rPr>
          <w:lang w:val="ru-RU"/>
        </w:rPr>
        <w:t>мужество защитников Отечества, гордость за героев и ветеранов, благодарность российским военнослужащим;</w:t>
      </w:r>
    </w:p>
    <w:p w:rsidR="001F17DB" w:rsidRPr="0096643B" w:rsidRDefault="00A23C0D" w:rsidP="00660482">
      <w:pPr>
        <w:pStyle w:val="a0"/>
        <w:spacing w:after="0" w:line="240" w:lineRule="auto"/>
        <w:ind w:left="340"/>
        <w:rPr>
          <w:lang w:val="ru-RU"/>
        </w:rPr>
      </w:pPr>
      <w:r w:rsidRPr="0096643B">
        <w:rPr>
          <w:lang w:val="ru-RU"/>
        </w:rPr>
        <w:t>семью, материнскую, женскую и детскую любовь</w:t>
      </w:r>
      <w:r w:rsidR="0096643B">
        <w:rPr>
          <w:lang w:val="ru-RU"/>
        </w:rPr>
        <w:t xml:space="preserve"> -</w:t>
      </w:r>
      <w:r w:rsidRPr="0096643B">
        <w:rPr>
          <w:lang w:val="ru-RU"/>
        </w:rPr>
        <w:t xml:space="preserve"> ожидание и поддержку близких</w:t>
      </w:r>
      <w:r w:rsidR="0096643B">
        <w:rPr>
          <w:lang w:val="ru-RU"/>
        </w:rPr>
        <w:t xml:space="preserve"> с фронта</w:t>
      </w:r>
      <w:r w:rsidRPr="0096643B">
        <w:rPr>
          <w:lang w:val="ru-RU"/>
        </w:rPr>
        <w:t>;</w:t>
      </w:r>
    </w:p>
    <w:p w:rsidR="001F17DB" w:rsidRPr="0096643B" w:rsidRDefault="00A23C0D" w:rsidP="00660482">
      <w:pPr>
        <w:pStyle w:val="a0"/>
        <w:spacing w:after="0" w:line="240" w:lineRule="auto"/>
        <w:ind w:left="340"/>
        <w:rPr>
          <w:lang w:val="ru-RU"/>
        </w:rPr>
      </w:pPr>
      <w:r w:rsidRPr="0096643B">
        <w:rPr>
          <w:lang w:val="ru-RU"/>
        </w:rPr>
        <w:t>историческую память и преемственность поколений;</w:t>
      </w:r>
    </w:p>
    <w:p w:rsidR="001F17DB" w:rsidRPr="0096643B" w:rsidRDefault="00A23C0D" w:rsidP="00660482">
      <w:pPr>
        <w:pStyle w:val="a0"/>
        <w:spacing w:after="0" w:line="240" w:lineRule="auto"/>
        <w:ind w:left="340"/>
        <w:rPr>
          <w:lang w:val="ru-RU"/>
        </w:rPr>
      </w:pPr>
      <w:r w:rsidRPr="0096643B">
        <w:rPr>
          <w:lang w:val="ru-RU"/>
        </w:rPr>
        <w:t xml:space="preserve">веру, надежду, молитву, духовную поддержку, </w:t>
      </w:r>
      <w:r w:rsidR="0096643B">
        <w:rPr>
          <w:lang w:val="ru-RU"/>
        </w:rPr>
        <w:t xml:space="preserve">волонтерство в помощи участникам СВО, </w:t>
      </w:r>
      <w:r w:rsidRPr="0096643B">
        <w:rPr>
          <w:lang w:val="ru-RU"/>
        </w:rPr>
        <w:t>единство и стойкость.</w:t>
      </w:r>
    </w:p>
    <w:p w:rsidR="001F17DB" w:rsidRPr="0096643B" w:rsidRDefault="00A23C0D" w:rsidP="00660482">
      <w:pPr>
        <w:spacing w:after="0" w:line="240" w:lineRule="auto"/>
        <w:jc w:val="both"/>
        <w:rPr>
          <w:lang w:val="ru-RU"/>
        </w:rPr>
      </w:pPr>
      <w:r w:rsidRPr="0096643B">
        <w:rPr>
          <w:lang w:val="ru-RU"/>
        </w:rPr>
        <w:t>4.3. Один автор может представить не более трех произведений.</w:t>
      </w:r>
    </w:p>
    <w:p w:rsidR="001F17DB" w:rsidRPr="0096643B" w:rsidRDefault="00A23C0D" w:rsidP="00660482">
      <w:pPr>
        <w:spacing w:after="0" w:line="240" w:lineRule="auto"/>
        <w:jc w:val="both"/>
        <w:rPr>
          <w:lang w:val="ru-RU"/>
        </w:rPr>
      </w:pPr>
      <w:r w:rsidRPr="0096643B">
        <w:rPr>
          <w:lang w:val="ru-RU"/>
        </w:rPr>
        <w:t>4.4. Автор гарантирует, что представленные произведения созданы им лично и не нарушают прав третьих лиц.</w:t>
      </w:r>
    </w:p>
    <w:p w:rsidR="001F17DB" w:rsidRPr="0096643B" w:rsidRDefault="00A23C0D" w:rsidP="00660482">
      <w:pPr>
        <w:spacing w:after="0" w:line="240" w:lineRule="auto"/>
        <w:jc w:val="both"/>
        <w:rPr>
          <w:lang w:val="ru-RU"/>
        </w:rPr>
      </w:pPr>
      <w:r w:rsidRPr="0096643B">
        <w:rPr>
          <w:lang w:val="ru-RU"/>
        </w:rPr>
        <w:t>4.5. Не принимаются произведения, нарушающие законодательство Российской Федерации, содержащие ненормативную лексику, экстремистские материалы, дискриминационные или унижающие достоинство высказывания, пропаганду наркотических средств, алкогольной или табачной продукции, рекламу товаров и услуг, а также материалы, не соответствующие тематике Проекта.</w:t>
      </w:r>
    </w:p>
    <w:p w:rsidR="001F17DB" w:rsidRPr="0096643B" w:rsidRDefault="00A23C0D" w:rsidP="00660482">
      <w:pPr>
        <w:spacing w:after="0" w:line="240" w:lineRule="auto"/>
        <w:jc w:val="both"/>
        <w:rPr>
          <w:lang w:val="ru-RU"/>
        </w:rPr>
      </w:pPr>
      <w:r w:rsidRPr="0096643B">
        <w:rPr>
          <w:lang w:val="ru-RU"/>
        </w:rPr>
        <w:t>4.6. Организатор вправе оставить без рассмотрения материалы, не соответствующие настоящему Положению.</w:t>
      </w:r>
    </w:p>
    <w:p w:rsidR="001F17DB" w:rsidRPr="0096643B" w:rsidRDefault="00A23C0D" w:rsidP="00660482">
      <w:pPr>
        <w:pStyle w:val="1"/>
        <w:spacing w:before="0" w:after="0" w:line="240" w:lineRule="auto"/>
        <w:rPr>
          <w:lang w:val="ru-RU"/>
        </w:rPr>
      </w:pPr>
      <w:r w:rsidRPr="0096643B">
        <w:rPr>
          <w:lang w:val="ru-RU"/>
        </w:rPr>
        <w:t>5. ПОРЯДОК ПОДАЧИ ЗАЯВОК</w:t>
      </w:r>
    </w:p>
    <w:p w:rsidR="001F17DB" w:rsidRPr="0096643B" w:rsidRDefault="00A23C0D" w:rsidP="00660482">
      <w:pPr>
        <w:spacing w:after="0" w:line="240" w:lineRule="auto"/>
        <w:jc w:val="both"/>
        <w:rPr>
          <w:lang w:val="ru-RU"/>
        </w:rPr>
      </w:pPr>
      <w:r w:rsidRPr="0096643B">
        <w:rPr>
          <w:lang w:val="ru-RU"/>
        </w:rPr>
        <w:t>5.1. Заявки принимаются с 1 сентября по 15 сентября 2026 года включительно.</w:t>
      </w:r>
    </w:p>
    <w:p w:rsidR="001F17DB" w:rsidRPr="0096643B" w:rsidRDefault="00A23C0D" w:rsidP="00660482">
      <w:pPr>
        <w:spacing w:after="0" w:line="240" w:lineRule="auto"/>
        <w:jc w:val="both"/>
        <w:rPr>
          <w:lang w:val="ru-RU"/>
        </w:rPr>
      </w:pPr>
      <w:r w:rsidRPr="0096643B">
        <w:rPr>
          <w:lang w:val="ru-RU"/>
        </w:rPr>
        <w:t xml:space="preserve">5.2. Произведения направляются в электронном виде в </w:t>
      </w:r>
      <w:r w:rsidR="0096643B">
        <w:rPr>
          <w:lang w:val="ru-RU"/>
        </w:rPr>
        <w:t xml:space="preserve">текстовом редактируемом </w:t>
      </w:r>
      <w:r w:rsidRPr="0096643B">
        <w:rPr>
          <w:lang w:val="ru-RU"/>
        </w:rPr>
        <w:t>формате *.</w:t>
      </w:r>
      <w:proofErr w:type="spellStart"/>
      <w:r>
        <w:t>docx</w:t>
      </w:r>
      <w:proofErr w:type="spellEnd"/>
      <w:r w:rsidRPr="0096643B">
        <w:rPr>
          <w:lang w:val="ru-RU"/>
        </w:rPr>
        <w:t xml:space="preserve"> (</w:t>
      </w:r>
      <w:r>
        <w:t>Word</w:t>
      </w:r>
      <w:r w:rsidRPr="0096643B">
        <w:rPr>
          <w:lang w:val="ru-RU"/>
        </w:rPr>
        <w:t>) на электронную почту</w:t>
      </w:r>
      <w:r w:rsidR="005B54F6">
        <w:rPr>
          <w:lang w:val="ru-RU"/>
        </w:rPr>
        <w:t xml:space="preserve"> Организатора</w:t>
      </w:r>
    </w:p>
    <w:p w:rsidR="001F17DB" w:rsidRPr="0096643B" w:rsidRDefault="00A23C0D" w:rsidP="00660482">
      <w:pPr>
        <w:spacing w:after="0" w:line="240" w:lineRule="auto"/>
        <w:jc w:val="both"/>
        <w:rPr>
          <w:lang w:val="ru-RU"/>
        </w:rPr>
      </w:pPr>
      <w:r w:rsidRPr="0096643B">
        <w:rPr>
          <w:lang w:val="ru-RU"/>
        </w:rPr>
        <w:t xml:space="preserve">5.3. В заявке </w:t>
      </w:r>
      <w:r w:rsidR="0096643B">
        <w:rPr>
          <w:lang w:val="ru-RU"/>
        </w:rPr>
        <w:t xml:space="preserve">обязательно </w:t>
      </w:r>
      <w:r w:rsidRPr="0096643B">
        <w:rPr>
          <w:lang w:val="ru-RU"/>
        </w:rPr>
        <w:t xml:space="preserve">указываются ФИО автора, населенный пункт проживания, регион (Тюменская область, ХМАО </w:t>
      </w:r>
      <w:r w:rsidR="0096643B">
        <w:rPr>
          <w:lang w:val="ru-RU"/>
        </w:rPr>
        <w:t>-</w:t>
      </w:r>
      <w:r w:rsidRPr="0096643B">
        <w:rPr>
          <w:lang w:val="ru-RU"/>
        </w:rPr>
        <w:t xml:space="preserve"> Югра или ЯНАО), контактный номер телефона</w:t>
      </w:r>
      <w:r w:rsidR="00DB4382">
        <w:rPr>
          <w:lang w:val="ru-RU"/>
        </w:rPr>
        <w:t xml:space="preserve"> </w:t>
      </w:r>
      <w:r w:rsidR="00DB4382" w:rsidRPr="00DB4382">
        <w:rPr>
          <w:lang w:val="ru-RU"/>
        </w:rPr>
        <w:t>и адрес электронной почты</w:t>
      </w:r>
      <w:r w:rsidRPr="0096643B">
        <w:rPr>
          <w:lang w:val="ru-RU"/>
        </w:rPr>
        <w:t xml:space="preserve">. При наличии автор может указать </w:t>
      </w:r>
      <w:r w:rsidR="00DB4382">
        <w:rPr>
          <w:lang w:val="ru-RU"/>
        </w:rPr>
        <w:t xml:space="preserve">псевдоним и </w:t>
      </w:r>
      <w:r w:rsidRPr="0096643B">
        <w:rPr>
          <w:lang w:val="ru-RU"/>
        </w:rPr>
        <w:t>литературное объединение</w:t>
      </w:r>
      <w:r w:rsidR="005055E6">
        <w:rPr>
          <w:lang w:val="ru-RU"/>
        </w:rPr>
        <w:t xml:space="preserve"> (форма заявки – Приложение №1 к данному Положению)</w:t>
      </w:r>
      <w:r w:rsidRPr="0096643B">
        <w:rPr>
          <w:lang w:val="ru-RU"/>
        </w:rPr>
        <w:t>.</w:t>
      </w:r>
    </w:p>
    <w:p w:rsidR="008D63E5" w:rsidRPr="005B54F6" w:rsidRDefault="00A23C0D" w:rsidP="00660482">
      <w:pPr>
        <w:spacing w:after="0" w:line="240" w:lineRule="auto"/>
        <w:jc w:val="both"/>
        <w:rPr>
          <w:b/>
          <w:lang w:val="ru-RU"/>
        </w:rPr>
      </w:pPr>
      <w:r w:rsidRPr="005B54F6">
        <w:rPr>
          <w:b/>
          <w:lang w:val="ru-RU"/>
        </w:rPr>
        <w:t>5.4.</w:t>
      </w:r>
      <w:r w:rsidR="008D63E5" w:rsidRPr="005B54F6">
        <w:rPr>
          <w:b/>
          <w:lang w:val="ru-RU"/>
        </w:rPr>
        <w:t xml:space="preserve"> Для участия в Конкурсе автор направляет на электронную почту Организатора одним электронным письмом:</w:t>
      </w:r>
    </w:p>
    <w:p w:rsidR="0052497C" w:rsidRPr="0052497C" w:rsidRDefault="0052497C" w:rsidP="00660482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>-</w:t>
      </w:r>
      <w:r w:rsidRPr="0052497C">
        <w:rPr>
          <w:lang w:val="ru-RU"/>
        </w:rPr>
        <w:t xml:space="preserve"> заполненную заявку на участие по форме согласно Приложению № 1 к настоящему Положению </w:t>
      </w:r>
      <w:r w:rsidRPr="0052497C">
        <w:rPr>
          <w:b/>
          <w:bCs/>
          <w:lang w:val="ru-RU"/>
        </w:rPr>
        <w:t>(заполняется в электронном виде; распечатывать, подписывать от руки и сканировать документ не требуется);</w:t>
      </w:r>
    </w:p>
    <w:p w:rsidR="0052497C" w:rsidRPr="0052497C" w:rsidRDefault="0052497C" w:rsidP="00660482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>-</w:t>
      </w:r>
      <w:r w:rsidRPr="0052497C">
        <w:rPr>
          <w:lang w:val="ru-RU"/>
        </w:rPr>
        <w:t xml:space="preserve"> согласие на обработку персональных данных по форме согласно Приложению № 2 к настоящему Положению </w:t>
      </w:r>
      <w:r w:rsidRPr="0052497C">
        <w:rPr>
          <w:b/>
          <w:bCs/>
          <w:lang w:val="ru-RU"/>
        </w:rPr>
        <w:t>(заполняется в электронном виде; распечатывать, подписывать от руки и сканировать документ не требуется);</w:t>
      </w:r>
    </w:p>
    <w:p w:rsidR="0052497C" w:rsidRPr="0052497C" w:rsidRDefault="0052497C" w:rsidP="00660482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>-</w:t>
      </w:r>
      <w:r w:rsidRPr="0052497C">
        <w:rPr>
          <w:lang w:val="ru-RU"/>
        </w:rPr>
        <w:t xml:space="preserve"> файл в </w:t>
      </w:r>
      <w:r w:rsidR="005B54F6">
        <w:rPr>
          <w:lang w:val="ru-RU"/>
        </w:rPr>
        <w:t xml:space="preserve">текстовом редактируемом </w:t>
      </w:r>
      <w:r w:rsidRPr="0052497C">
        <w:rPr>
          <w:lang w:val="ru-RU"/>
        </w:rPr>
        <w:t xml:space="preserve">формате </w:t>
      </w:r>
      <w:proofErr w:type="spellStart"/>
      <w:r w:rsidRPr="0052497C">
        <w:rPr>
          <w:lang w:val="ru-RU"/>
        </w:rPr>
        <w:t>Word</w:t>
      </w:r>
      <w:proofErr w:type="spellEnd"/>
      <w:r w:rsidRPr="0052497C">
        <w:rPr>
          <w:lang w:val="ru-RU"/>
        </w:rPr>
        <w:t>, содержащий от одного до трёх произведений, соответствующих требованиям настоящего Положения.</w:t>
      </w:r>
    </w:p>
    <w:p w:rsidR="00064567" w:rsidRDefault="0052497C" w:rsidP="00660482">
      <w:pPr>
        <w:spacing w:after="0" w:line="240" w:lineRule="auto"/>
        <w:jc w:val="both"/>
        <w:rPr>
          <w:lang w:val="ru-RU"/>
        </w:rPr>
      </w:pPr>
      <w:r w:rsidRPr="0052497C">
        <w:rPr>
          <w:lang w:val="ru-RU"/>
        </w:rPr>
        <w:t xml:space="preserve">Указанные документы и произведения направляются </w:t>
      </w:r>
      <w:r w:rsidRPr="0052497C">
        <w:rPr>
          <w:rStyle w:val="af6"/>
          <w:lang w:val="ru-RU"/>
        </w:rPr>
        <w:t>одним электронным письмом</w:t>
      </w:r>
      <w:r w:rsidRPr="0052497C">
        <w:rPr>
          <w:lang w:val="ru-RU"/>
        </w:rPr>
        <w:t xml:space="preserve"> на адрес</w:t>
      </w:r>
      <w:r w:rsidR="008D63E5" w:rsidRPr="008D63E5">
        <w:rPr>
          <w:lang w:val="ru-RU"/>
        </w:rPr>
        <w:t>:</w:t>
      </w:r>
      <w:r w:rsidR="008D63E5">
        <w:rPr>
          <w:lang w:val="ru-RU"/>
        </w:rPr>
        <w:t xml:space="preserve"> </w:t>
      </w:r>
      <w:hyperlink r:id="rId6" w:history="1">
        <w:r w:rsidR="00064567" w:rsidRPr="004E5EE7">
          <w:rPr>
            <w:rStyle w:val="aff8"/>
          </w:rPr>
          <w:t>hraniteli</w:t>
        </w:r>
        <w:r w:rsidR="00064567" w:rsidRPr="004E5EE7">
          <w:rPr>
            <w:rStyle w:val="aff8"/>
            <w:lang w:val="ru-RU"/>
          </w:rPr>
          <w:t>-</w:t>
        </w:r>
        <w:r w:rsidR="00064567" w:rsidRPr="004E5EE7">
          <w:rPr>
            <w:rStyle w:val="aff8"/>
          </w:rPr>
          <w:t>plus</w:t>
        </w:r>
        <w:r w:rsidR="00064567" w:rsidRPr="004E5EE7">
          <w:rPr>
            <w:rStyle w:val="aff8"/>
            <w:lang w:val="ru-RU"/>
          </w:rPr>
          <w:t>100@</w:t>
        </w:r>
        <w:r w:rsidR="00064567" w:rsidRPr="004E5EE7">
          <w:rPr>
            <w:rStyle w:val="aff8"/>
          </w:rPr>
          <w:t>mail</w:t>
        </w:r>
        <w:r w:rsidR="00064567" w:rsidRPr="004E5EE7">
          <w:rPr>
            <w:rStyle w:val="aff8"/>
            <w:lang w:val="ru-RU"/>
          </w:rPr>
          <w:t>.</w:t>
        </w:r>
        <w:proofErr w:type="spellStart"/>
        <w:r w:rsidR="00064567" w:rsidRPr="004E5EE7">
          <w:rPr>
            <w:rStyle w:val="aff8"/>
          </w:rPr>
          <w:t>ru</w:t>
        </w:r>
        <w:proofErr w:type="spellEnd"/>
        <w:proofErr w:type="gramStart"/>
      </w:hyperlink>
      <w:r w:rsidR="00064567">
        <w:rPr>
          <w:lang w:val="ru-RU"/>
        </w:rPr>
        <w:t xml:space="preserve"> </w:t>
      </w:r>
      <w:r w:rsidR="00064567" w:rsidRPr="0096643B">
        <w:rPr>
          <w:lang w:val="ru-RU"/>
        </w:rPr>
        <w:t>.</w:t>
      </w:r>
      <w:proofErr w:type="gramEnd"/>
    </w:p>
    <w:p w:rsidR="0052497C" w:rsidRPr="0052497C" w:rsidRDefault="0052497C" w:rsidP="00660482">
      <w:pPr>
        <w:spacing w:after="0" w:line="240" w:lineRule="auto"/>
        <w:jc w:val="both"/>
        <w:rPr>
          <w:lang w:val="ru-RU"/>
        </w:rPr>
      </w:pPr>
      <w:r w:rsidRPr="0052497C">
        <w:rPr>
          <w:lang w:val="ru-RU"/>
        </w:rPr>
        <w:t>Направление заполненных документов с адреса электронной почты, указанного автором в заявке, является способом электронной подачи документов и позволяет Организатору зафиксировать дату их получения и отправителя.</w:t>
      </w:r>
    </w:p>
    <w:p w:rsidR="001F17DB" w:rsidRDefault="00A23C0D" w:rsidP="00660482">
      <w:pPr>
        <w:spacing w:after="0" w:line="240" w:lineRule="auto"/>
        <w:jc w:val="both"/>
        <w:rPr>
          <w:lang w:val="ru-RU"/>
        </w:rPr>
      </w:pPr>
      <w:r w:rsidRPr="0096643B">
        <w:rPr>
          <w:lang w:val="ru-RU"/>
        </w:rPr>
        <w:t xml:space="preserve">5.5. </w:t>
      </w:r>
      <w:r w:rsidR="00064567" w:rsidRPr="00064567">
        <w:rPr>
          <w:lang w:val="ru-RU"/>
        </w:rPr>
        <w:t>Работы, поступившие после завершения срока приёма либо не отвечающие условиям настоящего Положения, могут быть оставлены без рассмотрения</w:t>
      </w:r>
      <w:r w:rsidRPr="0096643B">
        <w:rPr>
          <w:lang w:val="ru-RU"/>
        </w:rPr>
        <w:t>.</w:t>
      </w:r>
    </w:p>
    <w:p w:rsidR="00064567" w:rsidRPr="00064567" w:rsidRDefault="00064567" w:rsidP="00660482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 xml:space="preserve">5.6. </w:t>
      </w:r>
      <w:r w:rsidRPr="00064567">
        <w:rPr>
          <w:lang w:val="ru-RU"/>
        </w:rPr>
        <w:t>В случае участия несовершеннолетнего автора необходимые согласия предоставляются его законным представителем. В заявке дополнительно указываются фамилия, имя, отчество законного представителя и его контактные данные</w:t>
      </w:r>
      <w:r>
        <w:rPr>
          <w:lang w:val="ru-RU"/>
        </w:rPr>
        <w:t>.</w:t>
      </w:r>
    </w:p>
    <w:p w:rsidR="001F17DB" w:rsidRPr="0096643B" w:rsidRDefault="00A23C0D" w:rsidP="00660482">
      <w:pPr>
        <w:pStyle w:val="1"/>
        <w:spacing w:before="0" w:after="0" w:line="240" w:lineRule="auto"/>
        <w:rPr>
          <w:lang w:val="ru-RU"/>
        </w:rPr>
      </w:pPr>
      <w:r w:rsidRPr="0096643B">
        <w:rPr>
          <w:lang w:val="ru-RU"/>
        </w:rPr>
        <w:t>6. ОТБОР, РЕДАКТУРА И ПОДГОТОВКА СБОРНИКА</w:t>
      </w:r>
    </w:p>
    <w:p w:rsidR="001F17DB" w:rsidRPr="0096643B" w:rsidRDefault="00A23C0D" w:rsidP="00660482">
      <w:pPr>
        <w:spacing w:after="0" w:line="240" w:lineRule="auto"/>
        <w:jc w:val="both"/>
        <w:rPr>
          <w:lang w:val="ru-RU"/>
        </w:rPr>
      </w:pPr>
      <w:r w:rsidRPr="0096643B">
        <w:rPr>
          <w:lang w:val="ru-RU"/>
        </w:rPr>
        <w:t>6.1. С 16 сентября по 15 октября 2026 года Комиссия по отбору произведений, в состав которой входя</w:t>
      </w:r>
      <w:r w:rsidR="0096643B">
        <w:rPr>
          <w:lang w:val="ru-RU"/>
        </w:rPr>
        <w:t>т представители команды Проекта,</w:t>
      </w:r>
      <w:r w:rsidRPr="0096643B">
        <w:rPr>
          <w:lang w:val="ru-RU"/>
        </w:rPr>
        <w:t xml:space="preserve"> литературные эксперты, рассматривает поступившие произведения, проводит их отбор, сортировку, редактуру и подготовку материала в единую структуру сборника.</w:t>
      </w:r>
    </w:p>
    <w:p w:rsidR="001F17DB" w:rsidRPr="0096643B" w:rsidRDefault="00A23C0D" w:rsidP="00660482">
      <w:pPr>
        <w:spacing w:after="0" w:line="240" w:lineRule="auto"/>
        <w:jc w:val="both"/>
        <w:rPr>
          <w:lang w:val="ru-RU"/>
        </w:rPr>
      </w:pPr>
      <w:r w:rsidRPr="0096643B">
        <w:rPr>
          <w:lang w:val="ru-RU"/>
        </w:rPr>
        <w:lastRenderedPageBreak/>
        <w:t>6.2. При отборе учитываются соответствие тематике Проекта, художественная выразительность, содержательность, смысловая цельность, грамотность, оригинальность авторского замысла и соответствие требованиям настоящего Положения.</w:t>
      </w:r>
    </w:p>
    <w:p w:rsidR="001F17DB" w:rsidRPr="0096643B" w:rsidRDefault="00A23C0D" w:rsidP="00660482">
      <w:pPr>
        <w:spacing w:after="0" w:line="240" w:lineRule="auto"/>
        <w:jc w:val="both"/>
        <w:rPr>
          <w:lang w:val="ru-RU"/>
        </w:rPr>
      </w:pPr>
      <w:r w:rsidRPr="0096643B">
        <w:rPr>
          <w:lang w:val="ru-RU"/>
        </w:rPr>
        <w:t>6.3. В рамках Проекта планируется принять произведения не менее чем от 40 авторов. В итоговый сборник войдут произведения не менее 25 авторов.</w:t>
      </w:r>
    </w:p>
    <w:p w:rsidR="001F17DB" w:rsidRPr="0096643B" w:rsidRDefault="00A23C0D" w:rsidP="00660482">
      <w:pPr>
        <w:spacing w:after="0" w:line="240" w:lineRule="auto"/>
        <w:jc w:val="both"/>
        <w:rPr>
          <w:lang w:val="ru-RU"/>
        </w:rPr>
      </w:pPr>
      <w:r w:rsidRPr="0096643B">
        <w:rPr>
          <w:lang w:val="ru-RU"/>
        </w:rPr>
        <w:t>6.4. Решение Комиссии о включении произведений в сборник является окончательным. Индивидуальные рецензии на произведения, не прошедшие отбор, не предоставляются.</w:t>
      </w:r>
    </w:p>
    <w:p w:rsidR="001F17DB" w:rsidRPr="0096643B" w:rsidRDefault="00A23C0D" w:rsidP="00660482">
      <w:pPr>
        <w:spacing w:after="0" w:line="240" w:lineRule="auto"/>
        <w:jc w:val="both"/>
        <w:rPr>
          <w:lang w:val="ru-RU"/>
        </w:rPr>
      </w:pPr>
      <w:r w:rsidRPr="0096643B">
        <w:rPr>
          <w:lang w:val="ru-RU"/>
        </w:rPr>
        <w:t xml:space="preserve">6.5. </w:t>
      </w:r>
      <w:r w:rsidR="00064567" w:rsidRPr="00064567">
        <w:rPr>
          <w:lang w:val="ru-RU"/>
        </w:rPr>
        <w:t>Произведения, прошедшие отбор, могут подвергаться литературному редактированию и корректуре в объёме и на условиях, предусмотренных пунктом 7.2 настоящего Положения</w:t>
      </w:r>
      <w:r w:rsidRPr="0096643B">
        <w:rPr>
          <w:lang w:val="ru-RU"/>
        </w:rPr>
        <w:t>.</w:t>
      </w:r>
    </w:p>
    <w:p w:rsidR="001F17DB" w:rsidRDefault="00A23C0D" w:rsidP="00660482">
      <w:pPr>
        <w:spacing w:after="0" w:line="240" w:lineRule="auto"/>
        <w:jc w:val="both"/>
        <w:rPr>
          <w:lang w:val="ru-RU"/>
        </w:rPr>
      </w:pPr>
      <w:r w:rsidRPr="0096643B">
        <w:rPr>
          <w:lang w:val="ru-RU"/>
        </w:rPr>
        <w:t>6.6. С 16 октября по 30 ноября 2026 года осуществляются создание обложки и макета, верстка, корректура, предпечатная подготовк</w:t>
      </w:r>
      <w:r w:rsidR="0096643B">
        <w:rPr>
          <w:lang w:val="ru-RU"/>
        </w:rPr>
        <w:t xml:space="preserve">а и печать сборника «Хранители» в типографии </w:t>
      </w:r>
      <w:r w:rsidRPr="0096643B">
        <w:rPr>
          <w:lang w:val="ru-RU"/>
        </w:rPr>
        <w:t>тиражом не менее 3000 экземпляров.</w:t>
      </w:r>
    </w:p>
    <w:p w:rsidR="00CB4A33" w:rsidRPr="00CB4A33" w:rsidRDefault="00CB4A33" w:rsidP="00660482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 xml:space="preserve">6.7. </w:t>
      </w:r>
      <w:r w:rsidRPr="00CB4A33">
        <w:rPr>
          <w:lang w:val="ru-RU"/>
        </w:rPr>
        <w:t>Состав литературной экспертной комиссии утверждается приказом Организатора</w:t>
      </w:r>
      <w:r>
        <w:rPr>
          <w:lang w:val="ru-RU"/>
        </w:rPr>
        <w:t>.</w:t>
      </w:r>
    </w:p>
    <w:p w:rsidR="001F17DB" w:rsidRPr="0096643B" w:rsidRDefault="00A23C0D" w:rsidP="00660482">
      <w:pPr>
        <w:pStyle w:val="1"/>
        <w:spacing w:before="0" w:after="0" w:line="240" w:lineRule="auto"/>
        <w:rPr>
          <w:lang w:val="ru-RU"/>
        </w:rPr>
      </w:pPr>
      <w:r w:rsidRPr="0096643B">
        <w:rPr>
          <w:lang w:val="ru-RU"/>
        </w:rPr>
        <w:t>7. АВТОРСКИЕ ПРАВА</w:t>
      </w:r>
    </w:p>
    <w:p w:rsidR="00064567" w:rsidRPr="00064567" w:rsidRDefault="00A23C0D" w:rsidP="00660482">
      <w:pPr>
        <w:spacing w:after="0" w:line="240" w:lineRule="auto"/>
        <w:jc w:val="both"/>
        <w:rPr>
          <w:lang w:val="ru-RU"/>
        </w:rPr>
      </w:pPr>
      <w:r w:rsidRPr="0096643B">
        <w:rPr>
          <w:lang w:val="ru-RU"/>
        </w:rPr>
        <w:t>7.1.</w:t>
      </w:r>
      <w:r w:rsidR="00064567">
        <w:rPr>
          <w:lang w:val="ru-RU"/>
        </w:rPr>
        <w:t xml:space="preserve"> </w:t>
      </w:r>
      <w:r w:rsidR="00064567" w:rsidRPr="00064567">
        <w:rPr>
          <w:lang w:val="ru-RU"/>
        </w:rPr>
        <w:t>Авторские права на произведения, направленные на Конкурс, сохраняются за авторами. Право авторства, право автора на имя и иные личные неимущественные права автора являются неотчуждаемыми и непередаваемыми и охраняются в соответствии с законодательством Российской Федерации.</w:t>
      </w:r>
    </w:p>
    <w:p w:rsidR="00064567" w:rsidRPr="00064567" w:rsidRDefault="00064567" w:rsidP="00660482">
      <w:pPr>
        <w:spacing w:after="0" w:line="240" w:lineRule="auto"/>
        <w:jc w:val="both"/>
        <w:rPr>
          <w:lang w:val="ru-RU"/>
        </w:rPr>
      </w:pPr>
      <w:r w:rsidRPr="00064567">
        <w:rPr>
          <w:lang w:val="ru-RU"/>
        </w:rPr>
        <w:t>При публикации произведения указывается имя автора в форме, сообщённой им Организатору, если автором не заявлено использование псевдонима либо публикация произведения без указания имени в случаях, допускаемых законодательством Российской Федерации.</w:t>
      </w:r>
    </w:p>
    <w:p w:rsidR="00064567" w:rsidRPr="00064567" w:rsidRDefault="0096643B" w:rsidP="00660482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>7.2.</w:t>
      </w:r>
      <w:r w:rsidR="00064567">
        <w:rPr>
          <w:lang w:val="ru-RU"/>
        </w:rPr>
        <w:t xml:space="preserve"> </w:t>
      </w:r>
      <w:r w:rsidR="00064567" w:rsidRPr="00064567">
        <w:rPr>
          <w:lang w:val="ru-RU"/>
        </w:rPr>
        <w:t>В соответствии с правом автора на неприкосновенность произведения, предусмотренным статьёй 1266 Гражданского кодекса Российской Федерации, направляя произведение на Конкурс и принимая условия настоящего Положения, автор выражает согласие на осуществление Организатором редакционной и корректорской подготовки произведения к публикации в сборнике «Хранители».</w:t>
      </w:r>
    </w:p>
    <w:p w:rsidR="00064567" w:rsidRPr="00064567" w:rsidRDefault="00064567" w:rsidP="00660482">
      <w:pPr>
        <w:spacing w:after="0" w:line="240" w:lineRule="auto"/>
        <w:jc w:val="both"/>
        <w:rPr>
          <w:lang w:val="ru-RU"/>
        </w:rPr>
      </w:pPr>
      <w:r w:rsidRPr="00064567">
        <w:rPr>
          <w:lang w:val="ru-RU"/>
        </w:rPr>
        <w:t>Такое согласие включает исправление орфографических, пунктуационных, грамматических и очевидных технических ошибок; унификацию оформления текста; корректировку опечаток и технических несоответствий; редакционные уточнения, не изменяющие смысл произведения, авторскую позицию и художественный замысел.</w:t>
      </w:r>
    </w:p>
    <w:p w:rsidR="00064567" w:rsidRPr="00064567" w:rsidRDefault="00064567" w:rsidP="00660482">
      <w:pPr>
        <w:spacing w:after="0" w:line="240" w:lineRule="auto"/>
        <w:jc w:val="both"/>
        <w:rPr>
          <w:lang w:val="ru-RU"/>
        </w:rPr>
      </w:pPr>
      <w:r w:rsidRPr="00064567">
        <w:rPr>
          <w:lang w:val="ru-RU"/>
        </w:rPr>
        <w:t>Автор также соглашается с редакционным и художественным оформлением произведения в составе сборника, в том числе с размещением произведения совместно с иллюстрациями, элементами дизайна, заголовками разделов, предисловием, послесловием, комментариями и иными материалами, относящимися к оформлению сборника в целом, при условии отсутствия искажения смысла произведения и авторского замысла.</w:t>
      </w:r>
    </w:p>
    <w:p w:rsidR="0096643B" w:rsidRPr="00D728E6" w:rsidRDefault="00064567" w:rsidP="00660482">
      <w:pPr>
        <w:spacing w:after="0" w:line="240" w:lineRule="auto"/>
        <w:jc w:val="both"/>
        <w:rPr>
          <w:lang w:val="ru-RU"/>
        </w:rPr>
      </w:pPr>
      <w:r w:rsidRPr="00064567">
        <w:rPr>
          <w:lang w:val="ru-RU"/>
        </w:rPr>
        <w:t>Сокращение произведения, изменение его содержания, смысловой структуры, художественного замысла либо иные существенные изменения текста допускаются только после дополнительного согласования с автором</w:t>
      </w:r>
      <w:r>
        <w:rPr>
          <w:lang w:val="ru-RU"/>
        </w:rPr>
        <w:t xml:space="preserve">. </w:t>
      </w:r>
      <w:r w:rsidR="00D728E6">
        <w:rPr>
          <w:lang w:val="ru-RU"/>
        </w:rPr>
        <w:t xml:space="preserve"> </w:t>
      </w:r>
    </w:p>
    <w:p w:rsidR="00064567" w:rsidRPr="00064567" w:rsidRDefault="00A23C0D" w:rsidP="00660482">
      <w:pPr>
        <w:spacing w:after="0" w:line="240" w:lineRule="auto"/>
        <w:jc w:val="both"/>
        <w:rPr>
          <w:lang w:val="ru-RU"/>
        </w:rPr>
      </w:pPr>
      <w:r w:rsidRPr="0096643B">
        <w:rPr>
          <w:lang w:val="ru-RU"/>
        </w:rPr>
        <w:t>7.</w:t>
      </w:r>
      <w:r w:rsidR="0096643B">
        <w:rPr>
          <w:lang w:val="ru-RU"/>
        </w:rPr>
        <w:t>3</w:t>
      </w:r>
      <w:r w:rsidRPr="0096643B">
        <w:rPr>
          <w:lang w:val="ru-RU"/>
        </w:rPr>
        <w:t>.</w:t>
      </w:r>
      <w:r w:rsidR="00064567">
        <w:rPr>
          <w:lang w:val="ru-RU"/>
        </w:rPr>
        <w:t xml:space="preserve"> </w:t>
      </w:r>
      <w:r w:rsidR="00064567" w:rsidRPr="00064567">
        <w:rPr>
          <w:lang w:val="ru-RU"/>
        </w:rPr>
        <w:t>Направляя произведение на Конкурс и принимая условия настоящего Положения, автор безвозмездно предоставляет Организатору право использования произведения исключительно в целях реализации и информационного сопровождения Проекта «Хранители», в том числе:</w:t>
      </w:r>
    </w:p>
    <w:p w:rsidR="00064567" w:rsidRPr="00064567" w:rsidRDefault="00064567" w:rsidP="00660482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 xml:space="preserve">- </w:t>
      </w:r>
      <w:r w:rsidRPr="00064567">
        <w:rPr>
          <w:lang w:val="ru-RU"/>
        </w:rPr>
        <w:t>включения произведения в состав сборника «Хранители»;</w:t>
      </w:r>
    </w:p>
    <w:p w:rsidR="00064567" w:rsidRPr="00064567" w:rsidRDefault="00064567" w:rsidP="00660482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 xml:space="preserve">- </w:t>
      </w:r>
      <w:r w:rsidRPr="00064567">
        <w:rPr>
          <w:lang w:val="ru-RU"/>
        </w:rPr>
        <w:t>воспроизведения произведения в печатном сборнике;</w:t>
      </w:r>
    </w:p>
    <w:p w:rsidR="00064567" w:rsidRPr="00064567" w:rsidRDefault="00064567" w:rsidP="00660482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 xml:space="preserve">- </w:t>
      </w:r>
      <w:r w:rsidRPr="00064567">
        <w:rPr>
          <w:lang w:val="ru-RU"/>
        </w:rPr>
        <w:t>бесплатного распространения экземпляров сборника в рамках Проекта;</w:t>
      </w:r>
    </w:p>
    <w:p w:rsidR="00064567" w:rsidRPr="00064567" w:rsidRDefault="00064567" w:rsidP="00660482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 xml:space="preserve">- </w:t>
      </w:r>
      <w:r w:rsidRPr="00064567">
        <w:rPr>
          <w:lang w:val="ru-RU"/>
        </w:rPr>
        <w:t>публичного прочтения или исполнения произведения на мероприятиях Проекта;</w:t>
      </w:r>
    </w:p>
    <w:p w:rsidR="00064567" w:rsidRPr="00064567" w:rsidRDefault="00064567" w:rsidP="00660482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 xml:space="preserve">- </w:t>
      </w:r>
      <w:r w:rsidRPr="00064567">
        <w:rPr>
          <w:lang w:val="ru-RU"/>
        </w:rPr>
        <w:t>цитирования произведения или его фрагментов с указанием имени автора в публикациях, презентациях, пресс-релизах, видео- и иных информационных материалах о Проекте;</w:t>
      </w:r>
    </w:p>
    <w:p w:rsidR="00064567" w:rsidRPr="00064567" w:rsidRDefault="00064567" w:rsidP="00660482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 xml:space="preserve">- </w:t>
      </w:r>
      <w:r w:rsidRPr="00064567">
        <w:rPr>
          <w:lang w:val="ru-RU"/>
        </w:rPr>
        <w:t>использования произведения или его фрагментов в электронных материалах, посвящённых реализации и результатам Проекта.</w:t>
      </w:r>
    </w:p>
    <w:p w:rsidR="00064567" w:rsidRPr="00064567" w:rsidRDefault="00064567" w:rsidP="00660482">
      <w:pPr>
        <w:spacing w:after="0" w:line="240" w:lineRule="auto"/>
        <w:jc w:val="both"/>
        <w:rPr>
          <w:lang w:val="ru-RU"/>
        </w:rPr>
      </w:pPr>
      <w:r w:rsidRPr="00064567">
        <w:rPr>
          <w:lang w:val="ru-RU"/>
        </w:rPr>
        <w:t>Предоставление указанных прав не влечёт перехода к Организатору исключительного права на произведение и не препятствует автору самостоятельно использовать произведение либо разрешать его использование другим лицам.</w:t>
      </w:r>
      <w:r>
        <w:rPr>
          <w:lang w:val="ru-RU"/>
        </w:rPr>
        <w:t xml:space="preserve"> </w:t>
      </w:r>
    </w:p>
    <w:p w:rsidR="00064567" w:rsidRDefault="0096643B" w:rsidP="00660482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>7.4</w:t>
      </w:r>
      <w:r w:rsidR="00A23C0D" w:rsidRPr="0096643B">
        <w:rPr>
          <w:lang w:val="ru-RU"/>
        </w:rPr>
        <w:t xml:space="preserve">. </w:t>
      </w:r>
      <w:r w:rsidR="00064567" w:rsidRPr="00064567">
        <w:rPr>
          <w:lang w:val="ru-RU"/>
        </w:rPr>
        <w:t>Участие в Конкурсе, редакционная подготовка и публикация произведения в сборнике не предусматривают выплату авторского гонорара.</w:t>
      </w:r>
      <w:r w:rsidR="00064567">
        <w:rPr>
          <w:lang w:val="ru-RU"/>
        </w:rPr>
        <w:t xml:space="preserve"> </w:t>
      </w:r>
    </w:p>
    <w:p w:rsidR="001F17DB" w:rsidRPr="0096643B" w:rsidRDefault="0096643B" w:rsidP="00660482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>7.5</w:t>
      </w:r>
      <w:r w:rsidR="00A23C0D" w:rsidRPr="0096643B">
        <w:rPr>
          <w:lang w:val="ru-RU"/>
        </w:rPr>
        <w:t xml:space="preserve">. </w:t>
      </w:r>
      <w:r w:rsidR="00064567" w:rsidRPr="00064567">
        <w:rPr>
          <w:lang w:val="ru-RU"/>
        </w:rPr>
        <w:t>Подача произведения на Конкурс не гарантирует его включения в итоговый сборник.</w:t>
      </w:r>
      <w:r w:rsidR="00064567">
        <w:rPr>
          <w:lang w:val="ru-RU"/>
        </w:rPr>
        <w:t xml:space="preserve"> </w:t>
      </w:r>
    </w:p>
    <w:p w:rsidR="001F17DB" w:rsidRPr="0096643B" w:rsidRDefault="00A23C0D" w:rsidP="00660482">
      <w:pPr>
        <w:pStyle w:val="1"/>
        <w:spacing w:before="0" w:after="0" w:line="240" w:lineRule="auto"/>
        <w:rPr>
          <w:lang w:val="ru-RU"/>
        </w:rPr>
      </w:pPr>
      <w:r w:rsidRPr="0096643B">
        <w:rPr>
          <w:lang w:val="ru-RU"/>
        </w:rPr>
        <w:lastRenderedPageBreak/>
        <w:t>8. ПОДВЕДЕНИЕ ИТОГОВ, АВТОРСКИЕ ЭКЗЕМПЛЯРЫ И БЛАГОДАРСТВЕННЫЕ ПИСЬМА</w:t>
      </w:r>
    </w:p>
    <w:p w:rsidR="001F17DB" w:rsidRPr="0096643B" w:rsidRDefault="00A23C0D" w:rsidP="00660482">
      <w:pPr>
        <w:spacing w:after="0" w:line="240" w:lineRule="auto"/>
        <w:jc w:val="both"/>
        <w:rPr>
          <w:lang w:val="ru-RU"/>
        </w:rPr>
      </w:pPr>
      <w:r w:rsidRPr="0096643B">
        <w:rPr>
          <w:lang w:val="ru-RU"/>
        </w:rPr>
        <w:t>8.1. Авторы, произведения которых включены в сборник, информируются Организатором о результатах отбора и порядке участия в мероприятиях Проекта.</w:t>
      </w:r>
    </w:p>
    <w:p w:rsidR="001F17DB" w:rsidRPr="0096643B" w:rsidRDefault="00A23C0D" w:rsidP="00660482">
      <w:pPr>
        <w:spacing w:after="0" w:line="240" w:lineRule="auto"/>
        <w:jc w:val="both"/>
        <w:rPr>
          <w:lang w:val="ru-RU"/>
        </w:rPr>
      </w:pPr>
      <w:r w:rsidRPr="0096643B">
        <w:rPr>
          <w:lang w:val="ru-RU"/>
        </w:rPr>
        <w:t>8.2. После выхода сборника музыкально-поэтические мероприятия Проекта проводятся в Тюмени, Заводоуковске и Сургуте. На мероприятиях предусматриваются презентация сборника, выступления авторов и бесплатная передача книг в соответствии с планом распределения тиража.</w:t>
      </w:r>
    </w:p>
    <w:p w:rsidR="001F17DB" w:rsidRPr="0096643B" w:rsidRDefault="00A23C0D" w:rsidP="00660482">
      <w:pPr>
        <w:spacing w:after="0" w:line="240" w:lineRule="auto"/>
        <w:jc w:val="both"/>
        <w:rPr>
          <w:lang w:val="ru-RU"/>
        </w:rPr>
      </w:pPr>
      <w:r w:rsidRPr="0096643B">
        <w:rPr>
          <w:lang w:val="ru-RU"/>
        </w:rPr>
        <w:t>8.3. Авторы, произведения которых вошли в сборник, получают авторский экземпляр книги и благодарственное письмо Организатора бесплатно.</w:t>
      </w:r>
    </w:p>
    <w:p w:rsidR="001F17DB" w:rsidRPr="0096643B" w:rsidRDefault="00A23C0D" w:rsidP="00660482">
      <w:pPr>
        <w:spacing w:after="0" w:line="240" w:lineRule="auto"/>
        <w:jc w:val="both"/>
        <w:rPr>
          <w:lang w:val="ru-RU"/>
        </w:rPr>
      </w:pPr>
      <w:r w:rsidRPr="0096643B">
        <w:rPr>
          <w:lang w:val="ru-RU"/>
        </w:rPr>
        <w:t>8.4. Авторские экземпляры и благодарственные письма выдаются непосредственно на мероприятиях Проекта либо через определенные Организатором партнерские площадки (точки выдачи), на которые экземпляры передаются для последующей бесплатной выдачи авторам.</w:t>
      </w:r>
    </w:p>
    <w:p w:rsidR="001F17DB" w:rsidRPr="0096643B" w:rsidRDefault="00A23C0D" w:rsidP="00660482">
      <w:pPr>
        <w:spacing w:after="0" w:line="240" w:lineRule="auto"/>
        <w:jc w:val="both"/>
        <w:rPr>
          <w:lang w:val="ru-RU"/>
        </w:rPr>
      </w:pPr>
      <w:r w:rsidRPr="0096643B">
        <w:rPr>
          <w:lang w:val="ru-RU"/>
        </w:rPr>
        <w:t xml:space="preserve">8.5. Для удобства получения авторские экземпляры распределяются по трем территориальным точкам: в Сургуте </w:t>
      </w:r>
      <w:r w:rsidR="00D728E6">
        <w:rPr>
          <w:lang w:val="ru-RU"/>
        </w:rPr>
        <w:t xml:space="preserve">- </w:t>
      </w:r>
      <w:r w:rsidRPr="0096643B">
        <w:rPr>
          <w:lang w:val="ru-RU"/>
        </w:rPr>
        <w:t xml:space="preserve">преимущественно для авторов ХМАО </w:t>
      </w:r>
      <w:r w:rsidR="00D728E6">
        <w:rPr>
          <w:lang w:val="ru-RU"/>
        </w:rPr>
        <w:t>-</w:t>
      </w:r>
      <w:r w:rsidRPr="0096643B">
        <w:rPr>
          <w:lang w:val="ru-RU"/>
        </w:rPr>
        <w:t xml:space="preserve"> Югры и ЯНАО; в Заводоуковске </w:t>
      </w:r>
      <w:r w:rsidR="00D728E6">
        <w:rPr>
          <w:lang w:val="ru-RU"/>
        </w:rPr>
        <w:t>-</w:t>
      </w:r>
      <w:r w:rsidRPr="0096643B">
        <w:rPr>
          <w:lang w:val="ru-RU"/>
        </w:rPr>
        <w:t xml:space="preserve"> для авторов Заводоуковска и близлежащих муниципальных образований; в Тюмени </w:t>
      </w:r>
      <w:r w:rsidR="00D728E6">
        <w:rPr>
          <w:lang w:val="ru-RU"/>
        </w:rPr>
        <w:t>-</w:t>
      </w:r>
      <w:r w:rsidRPr="0096643B">
        <w:rPr>
          <w:lang w:val="ru-RU"/>
        </w:rPr>
        <w:t xml:space="preserve"> для авторов Тюмени и иных муниципальных образований юга Тюменской области. Конкретная точка получения сообщается автору Организатором после формирования итогового состава сборника.</w:t>
      </w:r>
    </w:p>
    <w:p w:rsidR="001F17DB" w:rsidRPr="0096643B" w:rsidRDefault="00A23C0D" w:rsidP="00660482">
      <w:pPr>
        <w:spacing w:after="0" w:line="240" w:lineRule="auto"/>
        <w:jc w:val="both"/>
        <w:rPr>
          <w:lang w:val="ru-RU"/>
        </w:rPr>
      </w:pPr>
      <w:r w:rsidRPr="0096643B">
        <w:rPr>
          <w:lang w:val="ru-RU"/>
        </w:rPr>
        <w:t>8.6. Авторы, присутствующие на соответствующем мероприятии, получают экземпляр книги и благодарственное письмо лично. Для авторов, не имеющих возможности присутствовать, Организатор вправе оставить экземпляр и благодарственное письмо на определенной партнерской площадке для последующего получения.</w:t>
      </w:r>
    </w:p>
    <w:p w:rsidR="001F17DB" w:rsidRPr="0096643B" w:rsidRDefault="00A23C0D" w:rsidP="00660482">
      <w:pPr>
        <w:spacing w:after="0" w:line="240" w:lineRule="auto"/>
        <w:jc w:val="both"/>
        <w:rPr>
          <w:lang w:val="ru-RU"/>
        </w:rPr>
      </w:pPr>
      <w:r w:rsidRPr="0096643B">
        <w:rPr>
          <w:lang w:val="ru-RU"/>
        </w:rPr>
        <w:t>8.7. Почтовая и курьерская отправка авторских экземпляров и благодарственных писем за счет Организатора не осуществляется.</w:t>
      </w:r>
    </w:p>
    <w:p w:rsidR="001F17DB" w:rsidRPr="0096643B" w:rsidRDefault="00A23C0D" w:rsidP="00660482">
      <w:pPr>
        <w:spacing w:after="0" w:line="240" w:lineRule="auto"/>
        <w:jc w:val="both"/>
        <w:rPr>
          <w:lang w:val="ru-RU"/>
        </w:rPr>
      </w:pPr>
      <w:r w:rsidRPr="0096643B">
        <w:rPr>
          <w:lang w:val="ru-RU"/>
        </w:rPr>
        <w:t>8.8. Передача авторских экземпляров и благодарственных писем фиксируется в ведомости выдачи (передачи). При передаче экземпляров партнерской площадке оформляется отдельная ведомость или акт передачи с указанием количества экземпляров и ответственного лица.</w:t>
      </w:r>
    </w:p>
    <w:p w:rsidR="001F17DB" w:rsidRPr="0096643B" w:rsidRDefault="00A23C0D" w:rsidP="00660482">
      <w:pPr>
        <w:pStyle w:val="1"/>
        <w:spacing w:before="0" w:after="0" w:line="240" w:lineRule="auto"/>
        <w:rPr>
          <w:lang w:val="ru-RU"/>
        </w:rPr>
      </w:pPr>
      <w:r w:rsidRPr="0096643B">
        <w:rPr>
          <w:lang w:val="ru-RU"/>
        </w:rPr>
        <w:t>9. ПЕРСОНАЛЬНЫЕ ДАННЫЕ</w:t>
      </w:r>
    </w:p>
    <w:p w:rsidR="00064567" w:rsidRPr="00064567" w:rsidRDefault="00A23C0D" w:rsidP="00660482">
      <w:pPr>
        <w:spacing w:after="0" w:line="240" w:lineRule="auto"/>
        <w:jc w:val="both"/>
        <w:rPr>
          <w:lang w:val="ru-RU"/>
        </w:rPr>
      </w:pPr>
      <w:r w:rsidRPr="0096643B">
        <w:rPr>
          <w:lang w:val="ru-RU"/>
        </w:rPr>
        <w:t xml:space="preserve">9.1. </w:t>
      </w:r>
      <w:r w:rsidR="00064567" w:rsidRPr="00064567">
        <w:rPr>
          <w:lang w:val="ru-RU"/>
        </w:rPr>
        <w:t>Оператором персональных данных участников Конкурса является АНО «Центр социальной и культурной поддержки и развития «+100».</w:t>
      </w:r>
      <w:r w:rsidR="00064567">
        <w:rPr>
          <w:lang w:val="ru-RU"/>
        </w:rPr>
        <w:t xml:space="preserve"> </w:t>
      </w:r>
      <w:r w:rsidR="00064567" w:rsidRPr="00064567">
        <w:rPr>
          <w:lang w:val="ru-RU"/>
        </w:rPr>
        <w:t>Обработка персональных данных осуществляется в соответствии с Федеральным законом от 27.07.2006 № 152-ФЗ «О персональных данных».</w:t>
      </w:r>
    </w:p>
    <w:p w:rsidR="00064567" w:rsidRPr="00064567" w:rsidRDefault="00A23C0D" w:rsidP="00660482">
      <w:pPr>
        <w:spacing w:after="0" w:line="240" w:lineRule="auto"/>
        <w:jc w:val="both"/>
        <w:rPr>
          <w:lang w:val="ru-RU"/>
        </w:rPr>
      </w:pPr>
      <w:r w:rsidRPr="0096643B">
        <w:rPr>
          <w:lang w:val="ru-RU"/>
        </w:rPr>
        <w:t>9.2.</w:t>
      </w:r>
      <w:r w:rsidR="00064567">
        <w:rPr>
          <w:lang w:val="ru-RU"/>
        </w:rPr>
        <w:t xml:space="preserve"> </w:t>
      </w:r>
      <w:r w:rsidR="00064567" w:rsidRPr="00064567">
        <w:rPr>
          <w:lang w:val="ru-RU"/>
        </w:rPr>
        <w:t>В целях реализации Проекта Организатор может осуществлять обработку следующих персональных данных, добровольно предоставленных участником:</w:t>
      </w:r>
    </w:p>
    <w:p w:rsidR="00064567" w:rsidRPr="00064567" w:rsidRDefault="00064567" w:rsidP="00660482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 xml:space="preserve">- </w:t>
      </w:r>
      <w:r w:rsidRPr="00064567">
        <w:rPr>
          <w:lang w:val="ru-RU"/>
        </w:rPr>
        <w:t>фамилия, имя, отчество;</w:t>
      </w:r>
    </w:p>
    <w:p w:rsidR="00064567" w:rsidRPr="00064567" w:rsidRDefault="00064567" w:rsidP="00660482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 xml:space="preserve">- </w:t>
      </w:r>
      <w:r w:rsidRPr="00064567">
        <w:rPr>
          <w:lang w:val="ru-RU"/>
        </w:rPr>
        <w:t>населённый пункт проживания;</w:t>
      </w:r>
    </w:p>
    <w:p w:rsidR="00064567" w:rsidRPr="00064567" w:rsidRDefault="00064567" w:rsidP="00660482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 xml:space="preserve">- </w:t>
      </w:r>
      <w:r w:rsidRPr="00064567">
        <w:rPr>
          <w:lang w:val="ru-RU"/>
        </w:rPr>
        <w:t>субъект Российской Федерации;</w:t>
      </w:r>
    </w:p>
    <w:p w:rsidR="00064567" w:rsidRPr="00064567" w:rsidRDefault="00064567" w:rsidP="00660482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 xml:space="preserve">- </w:t>
      </w:r>
      <w:r w:rsidRPr="00064567">
        <w:rPr>
          <w:lang w:val="ru-RU"/>
        </w:rPr>
        <w:t>номер телефона;</w:t>
      </w:r>
    </w:p>
    <w:p w:rsidR="00064567" w:rsidRPr="00064567" w:rsidRDefault="00064567" w:rsidP="00660482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 xml:space="preserve">- </w:t>
      </w:r>
      <w:r w:rsidRPr="00064567">
        <w:rPr>
          <w:lang w:val="ru-RU"/>
        </w:rPr>
        <w:t>адрес электронной почты;</w:t>
      </w:r>
    </w:p>
    <w:p w:rsidR="00064567" w:rsidRPr="00064567" w:rsidRDefault="00064567" w:rsidP="00660482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 xml:space="preserve">- </w:t>
      </w:r>
      <w:r w:rsidRPr="00064567">
        <w:rPr>
          <w:lang w:val="ru-RU"/>
        </w:rPr>
        <w:t>сведения о принадлежности к литературному объединению, если они предоставлены участником;</w:t>
      </w:r>
    </w:p>
    <w:p w:rsidR="00064567" w:rsidRPr="00064567" w:rsidRDefault="00064567" w:rsidP="00660482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 xml:space="preserve">- </w:t>
      </w:r>
      <w:r w:rsidRPr="00064567">
        <w:rPr>
          <w:lang w:val="ru-RU"/>
        </w:rPr>
        <w:t>сведения об участии в Конкурсе и мероприятиях Проекта;</w:t>
      </w:r>
    </w:p>
    <w:p w:rsidR="00064567" w:rsidRPr="00064567" w:rsidRDefault="00064567" w:rsidP="00660482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 xml:space="preserve">- </w:t>
      </w:r>
      <w:r w:rsidRPr="00064567">
        <w:rPr>
          <w:lang w:val="ru-RU"/>
        </w:rPr>
        <w:t>сведения, необходимые для учёта выдачи авторских экземпляров и благодарственных писем;</w:t>
      </w:r>
    </w:p>
    <w:p w:rsidR="00064567" w:rsidRPr="00064567" w:rsidRDefault="00064567" w:rsidP="00660482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 xml:space="preserve">- </w:t>
      </w:r>
      <w:r w:rsidRPr="00064567">
        <w:rPr>
          <w:lang w:val="ru-RU"/>
        </w:rPr>
        <w:t>иные сведения, добровольно сообщённые участником непосредственно в связи с его участием в Проекте.</w:t>
      </w:r>
    </w:p>
    <w:p w:rsidR="00064567" w:rsidRPr="00064567" w:rsidRDefault="00064567" w:rsidP="00660482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 xml:space="preserve">9.3. </w:t>
      </w:r>
      <w:r w:rsidRPr="00064567">
        <w:rPr>
          <w:lang w:val="ru-RU"/>
        </w:rPr>
        <w:t>Обработка персональных данных осуществляется исключительно в следующих целях:</w:t>
      </w:r>
    </w:p>
    <w:p w:rsidR="00064567" w:rsidRPr="00064567" w:rsidRDefault="00064567" w:rsidP="00660482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 xml:space="preserve">- </w:t>
      </w:r>
      <w:r w:rsidRPr="00064567">
        <w:rPr>
          <w:lang w:val="ru-RU"/>
        </w:rPr>
        <w:t>приём, регистрация и рассмотрение заявок;</w:t>
      </w:r>
    </w:p>
    <w:p w:rsidR="00064567" w:rsidRPr="00064567" w:rsidRDefault="00064567" w:rsidP="00660482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 xml:space="preserve">- </w:t>
      </w:r>
      <w:r w:rsidRPr="00064567">
        <w:rPr>
          <w:lang w:val="ru-RU"/>
        </w:rPr>
        <w:t>проверка соблюдения условий участия в Конкурсе;</w:t>
      </w:r>
    </w:p>
    <w:p w:rsidR="00064567" w:rsidRPr="00064567" w:rsidRDefault="00064567" w:rsidP="00660482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 xml:space="preserve">- </w:t>
      </w:r>
      <w:r w:rsidRPr="00064567">
        <w:rPr>
          <w:lang w:val="ru-RU"/>
        </w:rPr>
        <w:t>взаимодействие с участниками;</w:t>
      </w:r>
    </w:p>
    <w:p w:rsidR="00064567" w:rsidRPr="00064567" w:rsidRDefault="00064567" w:rsidP="00660482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 xml:space="preserve">- </w:t>
      </w:r>
      <w:r w:rsidRPr="00064567">
        <w:rPr>
          <w:lang w:val="ru-RU"/>
        </w:rPr>
        <w:t>организация работы Комиссии по отбору произведений;</w:t>
      </w:r>
    </w:p>
    <w:p w:rsidR="00064567" w:rsidRPr="00064567" w:rsidRDefault="00064567" w:rsidP="00660482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 xml:space="preserve">- </w:t>
      </w:r>
      <w:r w:rsidRPr="00064567">
        <w:rPr>
          <w:lang w:val="ru-RU"/>
        </w:rPr>
        <w:t>подготовка сборника;</w:t>
      </w:r>
    </w:p>
    <w:p w:rsidR="00064567" w:rsidRPr="00064567" w:rsidRDefault="00064567" w:rsidP="00660482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 xml:space="preserve">- </w:t>
      </w:r>
      <w:r w:rsidRPr="00064567">
        <w:rPr>
          <w:lang w:val="ru-RU"/>
        </w:rPr>
        <w:t>информирование авторов о результатах отбора;</w:t>
      </w:r>
    </w:p>
    <w:p w:rsidR="00064567" w:rsidRPr="00064567" w:rsidRDefault="00064567" w:rsidP="00660482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 xml:space="preserve">- </w:t>
      </w:r>
      <w:r w:rsidRPr="00064567">
        <w:rPr>
          <w:lang w:val="ru-RU"/>
        </w:rPr>
        <w:t>организация и проведение мероприятий Проекта;</w:t>
      </w:r>
    </w:p>
    <w:p w:rsidR="00064567" w:rsidRPr="00064567" w:rsidRDefault="00064567" w:rsidP="00660482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 xml:space="preserve">- </w:t>
      </w:r>
      <w:r w:rsidRPr="00064567">
        <w:rPr>
          <w:lang w:val="ru-RU"/>
        </w:rPr>
        <w:t>учёт участников мероприятий;</w:t>
      </w:r>
    </w:p>
    <w:p w:rsidR="00064567" w:rsidRPr="00064567" w:rsidRDefault="00064567" w:rsidP="00660482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 xml:space="preserve">- </w:t>
      </w:r>
      <w:r w:rsidRPr="00064567">
        <w:rPr>
          <w:lang w:val="ru-RU"/>
        </w:rPr>
        <w:t>выдача авторских экземпляров и благодарственных писем;</w:t>
      </w:r>
    </w:p>
    <w:p w:rsidR="00064567" w:rsidRPr="00064567" w:rsidRDefault="00064567" w:rsidP="00660482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 xml:space="preserve">- </w:t>
      </w:r>
      <w:r w:rsidRPr="00064567">
        <w:rPr>
          <w:lang w:val="ru-RU"/>
        </w:rPr>
        <w:t>подтверждение достижения количественных и качественных результатов Проекта;</w:t>
      </w:r>
    </w:p>
    <w:p w:rsidR="00064567" w:rsidRPr="00064567" w:rsidRDefault="00064567" w:rsidP="00660482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 xml:space="preserve">- </w:t>
      </w:r>
      <w:r w:rsidRPr="00064567">
        <w:rPr>
          <w:lang w:val="ru-RU"/>
        </w:rPr>
        <w:t>подготовка аналитической и финансовой отчётности по Проекту;</w:t>
      </w:r>
    </w:p>
    <w:p w:rsidR="00064567" w:rsidRPr="00064567" w:rsidRDefault="00064567" w:rsidP="00660482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 xml:space="preserve">- </w:t>
      </w:r>
      <w:r w:rsidRPr="00064567">
        <w:rPr>
          <w:lang w:val="ru-RU"/>
        </w:rPr>
        <w:t>исполнение обязательств Организатора по договору о предоставлении гранта Президентского фонда культурных инициатив.</w:t>
      </w:r>
    </w:p>
    <w:p w:rsidR="001C6481" w:rsidRPr="001C6481" w:rsidRDefault="001C6481" w:rsidP="00660482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lastRenderedPageBreak/>
        <w:t xml:space="preserve">9.4. </w:t>
      </w:r>
      <w:r w:rsidRPr="001C6481">
        <w:rPr>
          <w:lang w:val="ru-RU"/>
        </w:rPr>
        <w:t>В отношении персональных данных могут совершаться следующие действия: сбор, запись, систематизация, накопление, хранение, уточнение, использование, извлечение, предоставление, доступ, блокирование, удаление и уничтожение в пределах, необходимых для достижения указанных целей.</w:t>
      </w:r>
      <w:r>
        <w:rPr>
          <w:lang w:val="ru-RU"/>
        </w:rPr>
        <w:t xml:space="preserve"> </w:t>
      </w:r>
      <w:r w:rsidRPr="001C6481">
        <w:rPr>
          <w:lang w:val="ru-RU"/>
        </w:rPr>
        <w:t>Обработка может осуществляться как с использованием средств автоматизации, так и без их использования.</w:t>
      </w:r>
    </w:p>
    <w:p w:rsidR="001C6481" w:rsidRPr="001C6481" w:rsidRDefault="001C6481" w:rsidP="00660482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 xml:space="preserve">9.5. </w:t>
      </w:r>
      <w:r w:rsidRPr="001C6481">
        <w:rPr>
          <w:lang w:val="ru-RU"/>
        </w:rPr>
        <w:t>Организатор вправе предоставлять Президентскому фонду культурных инициатив персональные данные участников исключительно в объёме, необходимом для подтверждения факта участия граждан в Проекте</w:t>
      </w:r>
      <w:r>
        <w:rPr>
          <w:lang w:val="ru-RU"/>
        </w:rPr>
        <w:t>,</w:t>
      </w:r>
      <w:r w:rsidRPr="001C6481">
        <w:rPr>
          <w:lang w:val="ru-RU"/>
        </w:rPr>
        <w:t xml:space="preserve"> его мероприятиях, достижения результатов Проекта, осуществления мониторинга, контроля и проверки отчётности, исполнения Организатором обязательств по договору о предоставлении гранта.</w:t>
      </w:r>
    </w:p>
    <w:p w:rsidR="001C6481" w:rsidRPr="001C6481" w:rsidRDefault="001C6481" w:rsidP="00660482">
      <w:pPr>
        <w:spacing w:after="0" w:line="240" w:lineRule="auto"/>
        <w:jc w:val="both"/>
        <w:rPr>
          <w:lang w:val="ru-RU"/>
        </w:rPr>
      </w:pPr>
      <w:r w:rsidRPr="001C6481">
        <w:rPr>
          <w:lang w:val="ru-RU"/>
        </w:rPr>
        <w:t>Такие сведения могут содержаться, в частности, в реестрах участников, регистрационных листах, ведомостях, отчётных документах и иных подтверждающих материалах.</w:t>
      </w:r>
    </w:p>
    <w:p w:rsidR="001C6481" w:rsidRPr="001C6481" w:rsidRDefault="001C6481" w:rsidP="00660482">
      <w:pPr>
        <w:spacing w:after="0" w:line="240" w:lineRule="auto"/>
        <w:jc w:val="both"/>
        <w:rPr>
          <w:lang w:val="ru-RU"/>
        </w:rPr>
      </w:pPr>
      <w:r w:rsidRPr="001C6481">
        <w:rPr>
          <w:lang w:val="ru-RU"/>
        </w:rPr>
        <w:t>Передача персональных данных Президентскому фонду культурных инициатив в целях, не связанных с реализацией, мониторингом, контролем и отчётностью по Проекту, Организатором не осуществляется, за исключением случаев, предусмотренных законодательством Российской Федерации.</w:t>
      </w:r>
    </w:p>
    <w:p w:rsidR="001F17DB" w:rsidRDefault="001C6481" w:rsidP="00660482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 xml:space="preserve">9.6. </w:t>
      </w:r>
      <w:r w:rsidRPr="001C6481">
        <w:rPr>
          <w:lang w:val="ru-RU"/>
        </w:rPr>
        <w:t>Доступ к персональным данным участников может предоставляться членам команды Проекта, литературным экспертам и иным привлечённым Организатором лицам только в объёме, необходимом для выполнения ими функций по реализации Проекта.</w:t>
      </w:r>
    </w:p>
    <w:p w:rsidR="001C6481" w:rsidRDefault="001C6481" w:rsidP="00660482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 xml:space="preserve">9.7. </w:t>
      </w:r>
      <w:r w:rsidRPr="001C6481">
        <w:rPr>
          <w:lang w:val="ru-RU"/>
        </w:rPr>
        <w:t>Персональные данные обрабатываются до достижения целей обработки и в течение сроков хранения документов, установленных законодательством Российской Федерации и условиями договора о предоставлении гранта, после чего подлежат удалению или уничтожению, если иное не предусмотрено законодательством Российской Федерации.</w:t>
      </w:r>
    </w:p>
    <w:p w:rsidR="001C6481" w:rsidRPr="001C6481" w:rsidRDefault="001C6481" w:rsidP="00660482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 xml:space="preserve">9.8. </w:t>
      </w:r>
      <w:r w:rsidRPr="001C6481">
        <w:rPr>
          <w:lang w:val="ru-RU"/>
        </w:rPr>
        <w:t xml:space="preserve">Участник вправе отозвать согласие на обработку персональных данных, направив соответствующее заявление на электронную почту Организатора: </w:t>
      </w:r>
      <w:hyperlink r:id="rId7" w:history="1">
        <w:r w:rsidRPr="001C6481">
          <w:rPr>
            <w:lang w:val="ru-RU"/>
          </w:rPr>
          <w:t>hraniteli-plus100@mail.ru</w:t>
        </w:r>
      </w:hyperlink>
      <w:r w:rsidRPr="001C6481">
        <w:rPr>
          <w:lang w:val="ru-RU"/>
        </w:rPr>
        <w:t>.</w:t>
      </w:r>
    </w:p>
    <w:p w:rsidR="001C6481" w:rsidRPr="001C6481" w:rsidRDefault="001C6481" w:rsidP="00660482">
      <w:pPr>
        <w:spacing w:after="0" w:line="240" w:lineRule="auto"/>
        <w:jc w:val="both"/>
        <w:rPr>
          <w:lang w:val="ru-RU"/>
        </w:rPr>
      </w:pPr>
      <w:r w:rsidRPr="001C6481">
        <w:rPr>
          <w:lang w:val="ru-RU"/>
        </w:rPr>
        <w:t>Отзыв согласия не влияет на законность обработки персональных данных, осуществлённой до его получения Организатором, и не прекращает обработку в случаях, когда её продолжение допускается законодательством Российской Федерации без согласия субъекта персональных данных.</w:t>
      </w:r>
    </w:p>
    <w:p w:rsidR="001C6481" w:rsidRPr="001C6481" w:rsidRDefault="001C6481" w:rsidP="00660482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 xml:space="preserve">9.9. </w:t>
      </w:r>
      <w:r w:rsidR="00A2425D" w:rsidRPr="00A2425D">
        <w:rPr>
          <w:lang w:val="ru-RU"/>
        </w:rPr>
        <w:t>Размещение персональных данных участника в сборнике «Хранители», на интернет-ресурсах, в социальных сетях и иных материалах, доступных неопределённому кругу лиц, осуществляется только при наличии отдельного согласия на обработку персональных данных, разрешённых субъектом персональных данных для распространения, оформленного в соответствии со статьёй 10.1 Федерального закона от 27.07.2006 № 152-ФЗ «О персональных данных». Указанное согласие предоставляется Организатором для заполнения авторам, произведения которых о</w:t>
      </w:r>
      <w:r w:rsidR="00A2425D">
        <w:rPr>
          <w:lang w:val="ru-RU"/>
        </w:rPr>
        <w:t>тобраны для включения в сборник</w:t>
      </w:r>
      <w:r w:rsidRPr="001C6481">
        <w:rPr>
          <w:lang w:val="ru-RU"/>
        </w:rPr>
        <w:t>.</w:t>
      </w:r>
    </w:p>
    <w:p w:rsidR="001C6481" w:rsidRPr="001C6481" w:rsidRDefault="001C6481" w:rsidP="00660482">
      <w:pPr>
        <w:spacing w:after="0" w:line="240" w:lineRule="auto"/>
        <w:jc w:val="both"/>
        <w:rPr>
          <w:lang w:val="ru-RU"/>
        </w:rPr>
      </w:pPr>
      <w:r w:rsidRPr="001C6481">
        <w:rPr>
          <w:lang w:val="ru-RU"/>
        </w:rPr>
        <w:t>Номер телефона и адрес электронной почты участника не относятся к персональным данным, предназначенным для распространения в рамках Проекта, и не подлежат опубликованию.</w:t>
      </w:r>
    </w:p>
    <w:p w:rsidR="001C6481" w:rsidRPr="001C6481" w:rsidRDefault="001C6481" w:rsidP="00660482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 xml:space="preserve">9.10. </w:t>
      </w:r>
      <w:r w:rsidRPr="001C6481">
        <w:rPr>
          <w:lang w:val="ru-RU"/>
        </w:rPr>
        <w:t>Для несовершеннолетнего участника согласия, предусмотренные настоящим разделом, предоставляет его законный представитель в случаях и порядке, установленных законодательством Российской Федерации.</w:t>
      </w:r>
    </w:p>
    <w:p w:rsidR="001F17DB" w:rsidRPr="0096643B" w:rsidRDefault="00A23C0D" w:rsidP="00660482">
      <w:pPr>
        <w:pStyle w:val="1"/>
        <w:spacing w:before="0" w:after="0" w:line="240" w:lineRule="auto"/>
        <w:rPr>
          <w:lang w:val="ru-RU"/>
        </w:rPr>
      </w:pPr>
      <w:r w:rsidRPr="0096643B">
        <w:rPr>
          <w:lang w:val="ru-RU"/>
        </w:rPr>
        <w:t>10. ЗАКЛЮЧИТЕЛЬНЫЕ ПОЛОЖЕНИЯ</w:t>
      </w:r>
    </w:p>
    <w:p w:rsidR="001F17DB" w:rsidRPr="0096643B" w:rsidRDefault="00A23C0D" w:rsidP="00660482">
      <w:pPr>
        <w:spacing w:after="0" w:line="240" w:lineRule="auto"/>
        <w:jc w:val="both"/>
        <w:rPr>
          <w:lang w:val="ru-RU"/>
        </w:rPr>
      </w:pPr>
      <w:r w:rsidRPr="0096643B">
        <w:rPr>
          <w:lang w:val="ru-RU"/>
        </w:rPr>
        <w:t>10.1. Организатор вправе вносить изменения в настоящее Положение, не противоречащие условиям реализации Проекта. Актуальная редакция размещается на информационных ресурсах Организатора.</w:t>
      </w:r>
    </w:p>
    <w:p w:rsidR="001F17DB" w:rsidRPr="0096643B" w:rsidRDefault="00A23C0D" w:rsidP="00660482">
      <w:pPr>
        <w:spacing w:after="0" w:line="240" w:lineRule="auto"/>
        <w:jc w:val="both"/>
        <w:rPr>
          <w:lang w:val="ru-RU"/>
        </w:rPr>
      </w:pPr>
      <w:r w:rsidRPr="0096643B">
        <w:rPr>
          <w:lang w:val="ru-RU"/>
        </w:rPr>
        <w:t>10.2. Вопросы, не урегулированные настоящим Положением, решаются Организатором в соответствии с законодательством Российской Федерации и условиями реализации Проекта.</w:t>
      </w:r>
    </w:p>
    <w:p w:rsidR="001F17DB" w:rsidRPr="0096643B" w:rsidRDefault="00A23C0D" w:rsidP="00660482">
      <w:pPr>
        <w:pStyle w:val="1"/>
        <w:spacing w:before="0" w:after="0" w:line="240" w:lineRule="auto"/>
        <w:rPr>
          <w:lang w:val="ru-RU"/>
        </w:rPr>
      </w:pPr>
      <w:r w:rsidRPr="0096643B">
        <w:rPr>
          <w:lang w:val="ru-RU"/>
        </w:rPr>
        <w:t>11. КОНТАКТЫ ОРГАНИЗАТОРА</w:t>
      </w:r>
    </w:p>
    <w:p w:rsidR="001F17DB" w:rsidRPr="0096643B" w:rsidRDefault="00A23C0D" w:rsidP="00660482">
      <w:pPr>
        <w:spacing w:after="0" w:line="240" w:lineRule="auto"/>
        <w:rPr>
          <w:lang w:val="ru-RU"/>
        </w:rPr>
      </w:pPr>
      <w:r w:rsidRPr="0096643B">
        <w:rPr>
          <w:lang w:val="ru-RU"/>
        </w:rPr>
        <w:t>Коробейникова Ольга Викторовна: +7-902-620-84-87</w:t>
      </w:r>
    </w:p>
    <w:p w:rsidR="001F17DB" w:rsidRPr="0096643B" w:rsidRDefault="00A23C0D" w:rsidP="00660482">
      <w:pPr>
        <w:spacing w:after="0" w:line="240" w:lineRule="auto"/>
        <w:rPr>
          <w:lang w:val="ru-RU"/>
        </w:rPr>
      </w:pPr>
      <w:r w:rsidRPr="0096643B">
        <w:rPr>
          <w:lang w:val="ru-RU"/>
        </w:rPr>
        <w:t>Агеева Валерия Викторовна: +7-982-789-77-58</w:t>
      </w:r>
    </w:p>
    <w:p w:rsidR="001F17DB" w:rsidRPr="00F16F5F" w:rsidRDefault="00A23C0D" w:rsidP="00660482">
      <w:pPr>
        <w:spacing w:after="0" w:line="240" w:lineRule="auto"/>
        <w:rPr>
          <w:lang w:val="ru-RU"/>
        </w:rPr>
      </w:pPr>
      <w:r w:rsidRPr="0096643B">
        <w:rPr>
          <w:lang w:val="ru-RU"/>
        </w:rPr>
        <w:t xml:space="preserve">Электронная почта: </w:t>
      </w:r>
      <w:hyperlink r:id="rId8" w:history="1">
        <w:r w:rsidR="00F16F5F" w:rsidRPr="004E5EE7">
          <w:rPr>
            <w:rStyle w:val="aff8"/>
          </w:rPr>
          <w:t>hraniteli</w:t>
        </w:r>
        <w:r w:rsidR="00F16F5F" w:rsidRPr="004E5EE7">
          <w:rPr>
            <w:rStyle w:val="aff8"/>
            <w:lang w:val="ru-RU"/>
          </w:rPr>
          <w:t>-</w:t>
        </w:r>
        <w:r w:rsidR="00F16F5F" w:rsidRPr="004E5EE7">
          <w:rPr>
            <w:rStyle w:val="aff8"/>
          </w:rPr>
          <w:t>plus</w:t>
        </w:r>
        <w:r w:rsidR="00F16F5F" w:rsidRPr="004E5EE7">
          <w:rPr>
            <w:rStyle w:val="aff8"/>
            <w:lang w:val="ru-RU"/>
          </w:rPr>
          <w:t>100@</w:t>
        </w:r>
        <w:r w:rsidR="00F16F5F" w:rsidRPr="004E5EE7">
          <w:rPr>
            <w:rStyle w:val="aff8"/>
          </w:rPr>
          <w:t>mail</w:t>
        </w:r>
        <w:r w:rsidR="00F16F5F" w:rsidRPr="004E5EE7">
          <w:rPr>
            <w:rStyle w:val="aff8"/>
            <w:lang w:val="ru-RU"/>
          </w:rPr>
          <w:t>.</w:t>
        </w:r>
        <w:proofErr w:type="spellStart"/>
        <w:r w:rsidR="00F16F5F" w:rsidRPr="004E5EE7">
          <w:rPr>
            <w:rStyle w:val="aff8"/>
          </w:rPr>
          <w:t>ru</w:t>
        </w:r>
        <w:proofErr w:type="spellEnd"/>
      </w:hyperlink>
      <w:r w:rsidR="00F16F5F">
        <w:rPr>
          <w:lang w:val="ru-RU"/>
        </w:rPr>
        <w:t xml:space="preserve"> </w:t>
      </w:r>
    </w:p>
    <w:p w:rsidR="001F17DB" w:rsidRPr="00F16F5F" w:rsidRDefault="00A23C0D" w:rsidP="00660482">
      <w:pPr>
        <w:spacing w:after="0" w:line="240" w:lineRule="auto"/>
        <w:rPr>
          <w:lang w:val="ru-RU"/>
        </w:rPr>
      </w:pPr>
      <w:r w:rsidRPr="0096643B">
        <w:rPr>
          <w:lang w:val="ru-RU"/>
        </w:rPr>
        <w:t xml:space="preserve">Группа </w:t>
      </w:r>
      <w:proofErr w:type="spellStart"/>
      <w:r w:rsidRPr="0096643B">
        <w:rPr>
          <w:lang w:val="ru-RU"/>
        </w:rPr>
        <w:t>ВКонтакте</w:t>
      </w:r>
      <w:proofErr w:type="spellEnd"/>
      <w:r w:rsidRPr="0096643B">
        <w:rPr>
          <w:lang w:val="ru-RU"/>
        </w:rPr>
        <w:t xml:space="preserve">: </w:t>
      </w:r>
      <w:hyperlink r:id="rId9" w:history="1">
        <w:r w:rsidR="00F16F5F" w:rsidRPr="004E5EE7">
          <w:rPr>
            <w:rStyle w:val="aff8"/>
          </w:rPr>
          <w:t>https</w:t>
        </w:r>
        <w:r w:rsidR="00F16F5F" w:rsidRPr="004E5EE7">
          <w:rPr>
            <w:rStyle w:val="aff8"/>
            <w:lang w:val="ru-RU"/>
          </w:rPr>
          <w:t>://</w:t>
        </w:r>
        <w:proofErr w:type="spellStart"/>
        <w:r w:rsidR="00F16F5F" w:rsidRPr="004E5EE7">
          <w:rPr>
            <w:rStyle w:val="aff8"/>
          </w:rPr>
          <w:t>vk</w:t>
        </w:r>
        <w:proofErr w:type="spellEnd"/>
        <w:r w:rsidR="00F16F5F" w:rsidRPr="004E5EE7">
          <w:rPr>
            <w:rStyle w:val="aff8"/>
            <w:lang w:val="ru-RU"/>
          </w:rPr>
          <w:t>.</w:t>
        </w:r>
        <w:proofErr w:type="spellStart"/>
        <w:r w:rsidR="00F16F5F" w:rsidRPr="004E5EE7">
          <w:rPr>
            <w:rStyle w:val="aff8"/>
          </w:rPr>
          <w:t>ru</w:t>
        </w:r>
        <w:proofErr w:type="spellEnd"/>
        <w:r w:rsidR="00F16F5F" w:rsidRPr="004E5EE7">
          <w:rPr>
            <w:rStyle w:val="aff8"/>
            <w:lang w:val="ru-RU"/>
          </w:rPr>
          <w:t>/</w:t>
        </w:r>
        <w:r w:rsidR="00F16F5F" w:rsidRPr="004E5EE7">
          <w:rPr>
            <w:rStyle w:val="aff8"/>
          </w:rPr>
          <w:t>plus</w:t>
        </w:r>
        <w:r w:rsidR="00F16F5F" w:rsidRPr="004E5EE7">
          <w:rPr>
            <w:rStyle w:val="aff8"/>
            <w:lang w:val="ru-RU"/>
          </w:rPr>
          <w:t>100</w:t>
        </w:r>
        <w:proofErr w:type="spellStart"/>
        <w:r w:rsidR="00F16F5F" w:rsidRPr="004E5EE7">
          <w:rPr>
            <w:rStyle w:val="aff8"/>
          </w:rPr>
          <w:t>vk</w:t>
        </w:r>
        <w:proofErr w:type="spellEnd"/>
      </w:hyperlink>
      <w:r w:rsidR="00F16F5F">
        <w:rPr>
          <w:lang w:val="ru-RU"/>
        </w:rPr>
        <w:t xml:space="preserve"> </w:t>
      </w:r>
    </w:p>
    <w:p w:rsidR="001F17DB" w:rsidRPr="00F16F5F" w:rsidRDefault="00A23C0D" w:rsidP="00660482">
      <w:pPr>
        <w:spacing w:after="0" w:line="240" w:lineRule="auto"/>
        <w:rPr>
          <w:lang w:val="ru-RU"/>
        </w:rPr>
      </w:pPr>
      <w:r w:rsidRPr="0096643B">
        <w:rPr>
          <w:lang w:val="ru-RU"/>
        </w:rPr>
        <w:t xml:space="preserve">Сайт: </w:t>
      </w:r>
      <w:hyperlink r:id="rId10" w:history="1">
        <w:r w:rsidR="00F16F5F" w:rsidRPr="004E5EE7">
          <w:rPr>
            <w:rStyle w:val="aff8"/>
          </w:rPr>
          <w:t>http</w:t>
        </w:r>
        <w:r w:rsidR="00F16F5F" w:rsidRPr="004E5EE7">
          <w:rPr>
            <w:rStyle w:val="aff8"/>
            <w:lang w:val="ru-RU"/>
          </w:rPr>
          <w:t>://</w:t>
        </w:r>
        <w:proofErr w:type="spellStart"/>
        <w:r w:rsidR="00F16F5F" w:rsidRPr="004E5EE7">
          <w:rPr>
            <w:rStyle w:val="aff8"/>
          </w:rPr>
          <w:t>anoplus</w:t>
        </w:r>
        <w:proofErr w:type="spellEnd"/>
        <w:r w:rsidR="00F16F5F" w:rsidRPr="004E5EE7">
          <w:rPr>
            <w:rStyle w:val="aff8"/>
            <w:lang w:val="ru-RU"/>
          </w:rPr>
          <w:t>100.</w:t>
        </w:r>
        <w:proofErr w:type="spellStart"/>
        <w:r w:rsidR="00F16F5F" w:rsidRPr="004E5EE7">
          <w:rPr>
            <w:rStyle w:val="aff8"/>
          </w:rPr>
          <w:t>tilda</w:t>
        </w:r>
        <w:proofErr w:type="spellEnd"/>
        <w:r w:rsidR="00F16F5F" w:rsidRPr="004E5EE7">
          <w:rPr>
            <w:rStyle w:val="aff8"/>
            <w:lang w:val="ru-RU"/>
          </w:rPr>
          <w:t>.</w:t>
        </w:r>
        <w:proofErr w:type="spellStart"/>
        <w:r w:rsidR="00F16F5F" w:rsidRPr="004E5EE7">
          <w:rPr>
            <w:rStyle w:val="aff8"/>
          </w:rPr>
          <w:t>ws</w:t>
        </w:r>
        <w:proofErr w:type="spellEnd"/>
        <w:r w:rsidR="00F16F5F" w:rsidRPr="004E5EE7">
          <w:rPr>
            <w:rStyle w:val="aff8"/>
            <w:lang w:val="ru-RU"/>
          </w:rPr>
          <w:t>/</w:t>
        </w:r>
      </w:hyperlink>
      <w:r w:rsidR="00F16F5F">
        <w:rPr>
          <w:lang w:val="ru-RU"/>
        </w:rPr>
        <w:t xml:space="preserve"> </w:t>
      </w:r>
    </w:p>
    <w:p w:rsidR="001F17DB" w:rsidRDefault="00A23C0D" w:rsidP="00660482">
      <w:pPr>
        <w:spacing w:after="0" w:line="240" w:lineRule="auto"/>
        <w:rPr>
          <w:lang w:val="ru-RU"/>
        </w:rPr>
      </w:pPr>
      <w:r w:rsidRPr="0096643B">
        <w:rPr>
          <w:lang w:val="ru-RU"/>
        </w:rPr>
        <w:t>Чат участников в МАХ: участники добавляются по мере обработки заявок.</w:t>
      </w:r>
    </w:p>
    <w:p w:rsidR="001C6481" w:rsidRDefault="001C6481" w:rsidP="00660482">
      <w:pPr>
        <w:spacing w:after="0" w:line="240" w:lineRule="auto"/>
        <w:rPr>
          <w:lang w:val="ru-RU"/>
        </w:rPr>
      </w:pPr>
    </w:p>
    <w:p w:rsidR="001C6481" w:rsidRDefault="001C6481" w:rsidP="00660482">
      <w:pPr>
        <w:spacing w:after="0" w:line="240" w:lineRule="auto"/>
        <w:rPr>
          <w:lang w:val="ru-RU"/>
        </w:rPr>
      </w:pPr>
      <w:r>
        <w:rPr>
          <w:lang w:val="ru-RU"/>
        </w:rPr>
        <w:br w:type="page"/>
      </w:r>
    </w:p>
    <w:p w:rsidR="008D1CA5" w:rsidRPr="008D1CA5" w:rsidRDefault="008D1CA5" w:rsidP="00660482">
      <w:pPr>
        <w:pStyle w:val="1"/>
        <w:spacing w:before="0" w:after="0" w:line="240" w:lineRule="auto"/>
        <w:jc w:val="right"/>
        <w:rPr>
          <w:lang w:val="ru-RU"/>
        </w:rPr>
      </w:pPr>
      <w:r w:rsidRPr="008D1CA5">
        <w:rPr>
          <w:lang w:val="ru-RU"/>
        </w:rPr>
        <w:lastRenderedPageBreak/>
        <w:t>Приложение № 1</w:t>
      </w:r>
    </w:p>
    <w:p w:rsidR="008D1CA5" w:rsidRDefault="008D1CA5" w:rsidP="00660482">
      <w:pPr>
        <w:pStyle w:val="aff9"/>
        <w:spacing w:before="0" w:beforeAutospacing="0" w:after="0" w:afterAutospacing="0"/>
        <w:jc w:val="right"/>
      </w:pPr>
      <w:r>
        <w:t>к Положению о конкурсе</w:t>
      </w:r>
      <w:r>
        <w:br/>
        <w:t>областного литературно-благотворительного проекта «Хранители»</w:t>
      </w:r>
    </w:p>
    <w:p w:rsidR="008D1CA5" w:rsidRDefault="008D1CA5" w:rsidP="00660482">
      <w:pPr>
        <w:pStyle w:val="21"/>
        <w:spacing w:before="0" w:line="240" w:lineRule="auto"/>
        <w:rPr>
          <w:lang w:val="ru-RU"/>
        </w:rPr>
      </w:pPr>
    </w:p>
    <w:p w:rsidR="008D1CA5" w:rsidRPr="008D1CA5" w:rsidRDefault="008D1CA5" w:rsidP="00660482">
      <w:pPr>
        <w:pStyle w:val="21"/>
        <w:spacing w:before="0" w:line="240" w:lineRule="auto"/>
        <w:jc w:val="center"/>
        <w:rPr>
          <w:lang w:val="ru-RU"/>
        </w:rPr>
      </w:pPr>
      <w:r w:rsidRPr="008D1CA5">
        <w:rPr>
          <w:lang w:val="ru-RU"/>
        </w:rPr>
        <w:t>ЗАЯВКА</w:t>
      </w:r>
    </w:p>
    <w:p w:rsidR="008D1CA5" w:rsidRPr="008D1CA5" w:rsidRDefault="008D1CA5" w:rsidP="00660482">
      <w:pPr>
        <w:pStyle w:val="31"/>
        <w:spacing w:before="0" w:line="240" w:lineRule="auto"/>
        <w:jc w:val="center"/>
        <w:rPr>
          <w:lang w:val="ru-RU"/>
        </w:rPr>
      </w:pPr>
      <w:r w:rsidRPr="008D1CA5">
        <w:rPr>
          <w:lang w:val="ru-RU"/>
        </w:rPr>
        <w:t>на участие в конкурсе областного литературно-благотворительного проекта «Хранители»</w:t>
      </w:r>
    </w:p>
    <w:p w:rsidR="008D1CA5" w:rsidRPr="0052497C" w:rsidRDefault="0052497C" w:rsidP="00660482">
      <w:pPr>
        <w:pStyle w:val="aff9"/>
        <w:spacing w:before="0" w:beforeAutospacing="0" w:after="0" w:afterAutospacing="0"/>
        <w:jc w:val="center"/>
        <w:rPr>
          <w:rStyle w:val="af6"/>
        </w:rPr>
      </w:pPr>
      <w:r w:rsidRPr="0052497C">
        <w:t>(Заявка заполняется в электронном виде - распечатывать, подписывать от руки и сканировать заявку не требуется)</w:t>
      </w:r>
    </w:p>
    <w:p w:rsidR="008D1CA5" w:rsidRDefault="008D1CA5" w:rsidP="00660482">
      <w:pPr>
        <w:pStyle w:val="aff9"/>
        <w:spacing w:before="0" w:beforeAutospacing="0" w:after="0" w:afterAutospacing="0"/>
      </w:pPr>
      <w:r>
        <w:rPr>
          <w:rStyle w:val="af6"/>
        </w:rPr>
        <w:t>1. Сведения об авторе</w:t>
      </w:r>
    </w:p>
    <w:p w:rsidR="008D1CA5" w:rsidRDefault="008D1CA5" w:rsidP="00660482">
      <w:pPr>
        <w:pStyle w:val="aff9"/>
        <w:spacing w:before="0" w:beforeAutospacing="0" w:after="0" w:afterAutospacing="0"/>
      </w:pPr>
      <w:r>
        <w:t>Фамилия, имя, отчество: ______________________________________________</w:t>
      </w:r>
    </w:p>
    <w:p w:rsidR="008D1CA5" w:rsidRDefault="008D1CA5" w:rsidP="00660482">
      <w:pPr>
        <w:pStyle w:val="aff9"/>
        <w:spacing w:before="0" w:beforeAutospacing="0" w:after="0" w:afterAutospacing="0"/>
      </w:pPr>
      <w:r>
        <w:t>Населённый пункт: ___________________________________________________</w:t>
      </w:r>
    </w:p>
    <w:p w:rsidR="008D1CA5" w:rsidRDefault="008D1CA5" w:rsidP="00660482">
      <w:pPr>
        <w:pStyle w:val="aff9"/>
        <w:spacing w:before="0" w:beforeAutospacing="0" w:after="0" w:afterAutospacing="0"/>
      </w:pPr>
      <w:r>
        <w:t xml:space="preserve">Регион: 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Тюменская область 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Ханты-Мансийский автономный округ - Югра 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Ямало-Ненецкий автономный округ </w:t>
      </w:r>
    </w:p>
    <w:p w:rsidR="008D1CA5" w:rsidRDefault="008D1CA5" w:rsidP="00660482">
      <w:pPr>
        <w:pStyle w:val="aff9"/>
        <w:spacing w:before="0" w:beforeAutospacing="0" w:after="0" w:afterAutospacing="0"/>
      </w:pPr>
      <w:r>
        <w:t>Телефон: ____________________________________________________________</w:t>
      </w:r>
    </w:p>
    <w:p w:rsidR="008D1CA5" w:rsidRDefault="008D1CA5" w:rsidP="00660482">
      <w:pPr>
        <w:pStyle w:val="aff9"/>
        <w:spacing w:before="0" w:beforeAutospacing="0" w:after="0" w:afterAutospacing="0"/>
      </w:pPr>
      <w:r>
        <w:t>E-</w:t>
      </w:r>
      <w:proofErr w:type="spellStart"/>
      <w:r>
        <w:t>mail</w:t>
      </w:r>
      <w:proofErr w:type="spellEnd"/>
      <w:r>
        <w:t>: ______________________________________________________________</w:t>
      </w:r>
    </w:p>
    <w:p w:rsidR="008D1CA5" w:rsidRDefault="008D1CA5" w:rsidP="00660482">
      <w:pPr>
        <w:pStyle w:val="aff9"/>
        <w:spacing w:before="0" w:beforeAutospacing="0" w:after="0" w:afterAutospacing="0"/>
      </w:pPr>
      <w:r>
        <w:t>Литературное объединение (при наличии):</w:t>
      </w:r>
    </w:p>
    <w:p w:rsidR="008D1CA5" w:rsidRDefault="00B343B6" w:rsidP="00660482">
      <w:pPr>
        <w:spacing w:after="0" w:line="240" w:lineRule="auto"/>
      </w:pPr>
      <w:r>
        <w:pict>
          <v:rect id="_x0000_i1025" style="width:0;height:1.5pt" o:hralign="center" o:hrstd="t" o:hr="t" fillcolor="#a0a0a0" stroked="f"/>
        </w:pict>
      </w:r>
    </w:p>
    <w:p w:rsidR="008D1CA5" w:rsidRDefault="008D1CA5" w:rsidP="00660482">
      <w:pPr>
        <w:pStyle w:val="aff9"/>
        <w:spacing w:before="0" w:beforeAutospacing="0" w:after="0" w:afterAutospacing="0"/>
      </w:pPr>
      <w:r>
        <w:rPr>
          <w:rStyle w:val="af6"/>
        </w:rPr>
        <w:t>2. Сведения о произведениях, направляемых на конкурс</w:t>
      </w:r>
    </w:p>
    <w:p w:rsidR="008D1CA5" w:rsidRDefault="008D1CA5" w:rsidP="00660482">
      <w:pPr>
        <w:pStyle w:val="aff9"/>
        <w:spacing w:before="0" w:beforeAutospacing="0" w:after="0" w:afterAutospacing="0"/>
      </w:pPr>
      <w:r>
        <w:t>Количество произведений: __________</w:t>
      </w:r>
    </w:p>
    <w:p w:rsidR="008D1CA5" w:rsidRDefault="008D1CA5" w:rsidP="00660482">
      <w:pPr>
        <w:pStyle w:val="aff9"/>
        <w:spacing w:before="0" w:beforeAutospacing="0" w:after="0" w:afterAutospacing="0"/>
      </w:pPr>
      <w:r>
        <w:t>Название произведения № 1:</w:t>
      </w:r>
    </w:p>
    <w:p w:rsidR="008D1CA5" w:rsidRDefault="00B343B6" w:rsidP="00660482">
      <w:pPr>
        <w:spacing w:after="0" w:line="240" w:lineRule="auto"/>
      </w:pPr>
      <w:r>
        <w:pict>
          <v:rect id="_x0000_i1026" style="width:0;height:1.5pt" o:hralign="center" o:hrstd="t" o:hr="t" fillcolor="#a0a0a0" stroked="f"/>
        </w:pict>
      </w:r>
    </w:p>
    <w:p w:rsidR="008D1CA5" w:rsidRDefault="008D1CA5" w:rsidP="00660482">
      <w:pPr>
        <w:pStyle w:val="aff9"/>
        <w:spacing w:before="0" w:beforeAutospacing="0" w:after="0" w:afterAutospacing="0"/>
      </w:pPr>
      <w:r>
        <w:t>Название произведения № 2:</w:t>
      </w:r>
    </w:p>
    <w:p w:rsidR="008D1CA5" w:rsidRDefault="00B343B6" w:rsidP="00660482">
      <w:pPr>
        <w:spacing w:after="0" w:line="240" w:lineRule="auto"/>
      </w:pPr>
      <w:r>
        <w:pict>
          <v:rect id="_x0000_i1027" style="width:0;height:1.5pt" o:hralign="center" o:hrstd="t" o:hr="t" fillcolor="#a0a0a0" stroked="f"/>
        </w:pict>
      </w:r>
    </w:p>
    <w:p w:rsidR="008D1CA5" w:rsidRDefault="008D1CA5" w:rsidP="00660482">
      <w:pPr>
        <w:pStyle w:val="aff9"/>
        <w:spacing w:before="0" w:beforeAutospacing="0" w:after="0" w:afterAutospacing="0"/>
      </w:pPr>
      <w:r>
        <w:t>Название произведения № 3:</w:t>
      </w:r>
    </w:p>
    <w:p w:rsidR="008D1CA5" w:rsidRDefault="00B343B6" w:rsidP="00660482">
      <w:pPr>
        <w:spacing w:after="0" w:line="240" w:lineRule="auto"/>
      </w:pPr>
      <w:r>
        <w:pict>
          <v:rect id="_x0000_i1028" style="width:0;height:1.5pt" o:hralign="center" o:hrstd="t" o:hr="t" fillcolor="#a0a0a0" stroked="f"/>
        </w:pict>
      </w:r>
    </w:p>
    <w:p w:rsidR="008D1CA5" w:rsidRDefault="008D1CA5" w:rsidP="00660482">
      <w:pPr>
        <w:pStyle w:val="aff9"/>
        <w:spacing w:before="0" w:beforeAutospacing="0" w:after="0" w:afterAutospacing="0"/>
      </w:pPr>
      <w:r>
        <w:rPr>
          <w:rStyle w:val="af6"/>
        </w:rPr>
        <w:t>3. Подтверждение автора</w:t>
      </w:r>
    </w:p>
    <w:p w:rsidR="008D1CA5" w:rsidRDefault="008D1CA5" w:rsidP="00660482">
      <w:pPr>
        <w:pStyle w:val="aff9"/>
        <w:spacing w:before="0" w:beforeAutospacing="0" w:after="0" w:afterAutospacing="0"/>
        <w:jc w:val="both"/>
      </w:pPr>
      <w:r>
        <w:t>Направляя настоящую заявку, подтверждаю, что:</w:t>
      </w:r>
    </w:p>
    <w:p w:rsidR="008D1CA5" w:rsidRDefault="008D1CA5" w:rsidP="00660482">
      <w:pPr>
        <w:pStyle w:val="aff9"/>
        <w:spacing w:before="0" w:beforeAutospacing="0" w:after="0" w:afterAutospacing="0"/>
        <w:jc w:val="both"/>
      </w:pPr>
      <w:r>
        <w:t>- ознакомлен(а) с Положением о конкурсе областного литературно-благотворительного проекта «Хранители» и принимаю его условия;</w:t>
      </w:r>
    </w:p>
    <w:p w:rsidR="008D1CA5" w:rsidRDefault="008D1CA5" w:rsidP="00660482">
      <w:pPr>
        <w:pStyle w:val="aff9"/>
        <w:spacing w:before="0" w:beforeAutospacing="0" w:after="0" w:afterAutospacing="0"/>
        <w:jc w:val="both"/>
      </w:pPr>
      <w:r>
        <w:t>- являюсь автором направленных на конкурс произведений и обладаю необходимыми правами на их использование;</w:t>
      </w:r>
    </w:p>
    <w:p w:rsidR="008D1CA5" w:rsidRDefault="008D1CA5" w:rsidP="00660482">
      <w:pPr>
        <w:pStyle w:val="aff9"/>
        <w:spacing w:before="0" w:beforeAutospacing="0" w:after="0" w:afterAutospacing="0"/>
        <w:jc w:val="both"/>
      </w:pPr>
      <w:r>
        <w:t>- направляемые произведения соответствуют требованиям, установленным Положением о конкурсе;</w:t>
      </w:r>
    </w:p>
    <w:p w:rsidR="008D1CA5" w:rsidRDefault="008D1CA5" w:rsidP="00660482">
      <w:pPr>
        <w:pStyle w:val="aff9"/>
        <w:spacing w:before="0" w:beforeAutospacing="0" w:after="0" w:afterAutospacing="0"/>
        <w:jc w:val="both"/>
      </w:pPr>
      <w:r>
        <w:t>- ознакомлен(а) с условиями раздела 7 Положения, регулирующего авторские права, редакционную подготовку и использование произведений в рамках проекта «Хранители».</w:t>
      </w:r>
    </w:p>
    <w:p w:rsidR="008D1CA5" w:rsidRDefault="008D1CA5" w:rsidP="00660482">
      <w:pPr>
        <w:pStyle w:val="aff9"/>
        <w:spacing w:before="0" w:beforeAutospacing="0" w:after="0" w:afterAutospacing="0"/>
      </w:pPr>
      <w:r>
        <w:t>ФИО автора: __________________________________________________________</w:t>
      </w:r>
    </w:p>
    <w:p w:rsidR="008D1CA5" w:rsidRDefault="008D1CA5" w:rsidP="00660482">
      <w:pPr>
        <w:pStyle w:val="aff9"/>
        <w:spacing w:before="0" w:beforeAutospacing="0" w:after="0" w:afterAutospacing="0"/>
      </w:pPr>
      <w:r>
        <w:t>Дата направления заявки: «____» ______________ 2026 г.</w:t>
      </w:r>
    </w:p>
    <w:p w:rsidR="008D1CA5" w:rsidRDefault="008D1CA5" w:rsidP="00660482">
      <w:pPr>
        <w:pStyle w:val="aff9"/>
        <w:spacing w:before="0" w:beforeAutospacing="0" w:after="0" w:afterAutospacing="0"/>
      </w:pPr>
      <w:r>
        <w:rPr>
          <w:rStyle w:val="af6"/>
        </w:rPr>
        <w:t>Для несовершеннолетнего участника:</w:t>
      </w:r>
    </w:p>
    <w:p w:rsidR="008D1CA5" w:rsidRDefault="008D1CA5" w:rsidP="00660482">
      <w:pPr>
        <w:pStyle w:val="aff9"/>
        <w:spacing w:before="0" w:beforeAutospacing="0" w:after="0" w:afterAutospacing="0"/>
      </w:pPr>
      <w:r>
        <w:t>ФИО законного представителя:</w:t>
      </w:r>
    </w:p>
    <w:p w:rsidR="008D1CA5" w:rsidRDefault="00B343B6" w:rsidP="00660482">
      <w:pPr>
        <w:spacing w:after="0" w:line="240" w:lineRule="auto"/>
      </w:pPr>
      <w:r>
        <w:pict>
          <v:rect id="_x0000_i1029" style="width:0;height:1.5pt" o:hralign="center" o:hrstd="t" o:hr="t" fillcolor="#a0a0a0" stroked="f"/>
        </w:pict>
      </w:r>
    </w:p>
    <w:p w:rsidR="008D1CA5" w:rsidRPr="005B57B8" w:rsidRDefault="008D1CA5" w:rsidP="00660482">
      <w:pPr>
        <w:pStyle w:val="aff9"/>
        <w:spacing w:before="0" w:beforeAutospacing="0" w:after="0" w:afterAutospacing="0"/>
        <w:jc w:val="both"/>
        <w:rPr>
          <w:i/>
        </w:rPr>
      </w:pPr>
      <w:r>
        <w:t>Статус законного представителя</w:t>
      </w:r>
      <w:r w:rsidR="005B57B8">
        <w:t xml:space="preserve"> (нужное подчеркнуть)</w:t>
      </w:r>
      <w:r>
        <w:t xml:space="preserve">: </w:t>
      </w:r>
      <w:r w:rsidRPr="005B57B8">
        <w:rPr>
          <w:i/>
        </w:rPr>
        <w:t>родитель</w:t>
      </w:r>
      <w:r w:rsidR="005B57B8" w:rsidRPr="005B57B8">
        <w:rPr>
          <w:i/>
        </w:rPr>
        <w:t xml:space="preserve">, </w:t>
      </w:r>
      <w:r w:rsidRPr="005B57B8">
        <w:rPr>
          <w:i/>
        </w:rPr>
        <w:t>усыновитель</w:t>
      </w:r>
      <w:r w:rsidR="005B57B8" w:rsidRPr="005B57B8">
        <w:rPr>
          <w:i/>
        </w:rPr>
        <w:t xml:space="preserve">, </w:t>
      </w:r>
      <w:r w:rsidRPr="005B57B8">
        <w:rPr>
          <w:i/>
        </w:rPr>
        <w:t>опекун</w:t>
      </w:r>
      <w:r w:rsidR="005B57B8" w:rsidRPr="005B57B8">
        <w:rPr>
          <w:i/>
        </w:rPr>
        <w:t xml:space="preserve">, </w:t>
      </w:r>
      <w:r w:rsidRPr="005B57B8">
        <w:rPr>
          <w:i/>
        </w:rPr>
        <w:t>попечитель</w:t>
      </w:r>
      <w:r w:rsidR="005B57B8" w:rsidRPr="005B57B8">
        <w:rPr>
          <w:i/>
        </w:rPr>
        <w:t xml:space="preserve">, </w:t>
      </w:r>
      <w:r w:rsidRPr="005B57B8">
        <w:rPr>
          <w:i/>
        </w:rPr>
        <w:t>иной законный представитель</w:t>
      </w:r>
      <w:r w:rsidR="005B57B8" w:rsidRPr="005B57B8">
        <w:rPr>
          <w:i/>
        </w:rPr>
        <w:t>.</w:t>
      </w:r>
    </w:p>
    <w:p w:rsidR="008D1CA5" w:rsidRDefault="008D1CA5" w:rsidP="00660482">
      <w:pPr>
        <w:pStyle w:val="aff9"/>
        <w:spacing w:before="0" w:beforeAutospacing="0" w:after="0" w:afterAutospacing="0"/>
      </w:pPr>
      <w:r>
        <w:t>Контактный телефон законного представителя:</w:t>
      </w:r>
      <w:r w:rsidR="005B57B8">
        <w:t xml:space="preserve"> __________________________________</w:t>
      </w:r>
    </w:p>
    <w:p w:rsidR="005B57B8" w:rsidRDefault="008D1CA5" w:rsidP="00660482">
      <w:pPr>
        <w:pStyle w:val="aff9"/>
        <w:spacing w:before="0" w:beforeAutospacing="0" w:after="0" w:afterAutospacing="0"/>
      </w:pPr>
      <w:r>
        <w:t>E-</w:t>
      </w:r>
      <w:proofErr w:type="spellStart"/>
      <w:r>
        <w:t>mail</w:t>
      </w:r>
      <w:proofErr w:type="spellEnd"/>
      <w:r>
        <w:t xml:space="preserve"> законного представителя:</w:t>
      </w:r>
      <w:r w:rsidR="005B57B8">
        <w:t xml:space="preserve"> _________________________</w:t>
      </w:r>
    </w:p>
    <w:p w:rsidR="008D1CA5" w:rsidRDefault="008D1CA5" w:rsidP="00660482">
      <w:pPr>
        <w:pStyle w:val="aff9"/>
        <w:spacing w:before="0" w:beforeAutospacing="0" w:after="0" w:afterAutospacing="0"/>
        <w:rPr>
          <w:rFonts w:asciiTheme="majorHAnsi" w:eastAsiaTheme="majorEastAsia" w:hAnsiTheme="majorHAnsi" w:cstheme="majorBidi"/>
          <w:b/>
          <w:bCs/>
          <w:color w:val="000000"/>
          <w:szCs w:val="28"/>
        </w:rPr>
      </w:pPr>
      <w:r>
        <w:t>Настоящую заявку от имени несовершеннолетнего участника направляет его законный представитель.</w:t>
      </w:r>
      <w:r w:rsidR="005B57B8">
        <w:t xml:space="preserve"> </w:t>
      </w:r>
    </w:p>
    <w:p w:rsidR="008D1CA5" w:rsidRDefault="008D1CA5" w:rsidP="00660482">
      <w:pPr>
        <w:spacing w:after="0" w:line="240" w:lineRule="auto"/>
        <w:rPr>
          <w:rFonts w:asciiTheme="majorHAnsi" w:eastAsiaTheme="majorEastAsia" w:hAnsiTheme="majorHAnsi" w:cstheme="majorBidi"/>
          <w:b/>
          <w:bCs/>
          <w:color w:val="000000"/>
          <w:sz w:val="24"/>
          <w:szCs w:val="28"/>
          <w:lang w:val="ru-RU"/>
        </w:rPr>
      </w:pPr>
      <w:r>
        <w:rPr>
          <w:lang w:val="ru-RU"/>
        </w:rPr>
        <w:br w:type="page"/>
      </w:r>
    </w:p>
    <w:p w:rsidR="001C6481" w:rsidRDefault="008D1CA5" w:rsidP="004A241F">
      <w:pPr>
        <w:pStyle w:val="1"/>
        <w:spacing w:before="0" w:after="0" w:line="240" w:lineRule="auto"/>
        <w:jc w:val="right"/>
        <w:rPr>
          <w:lang w:val="ru-RU"/>
        </w:rPr>
      </w:pPr>
      <w:r>
        <w:rPr>
          <w:lang w:val="ru-RU"/>
        </w:rPr>
        <w:lastRenderedPageBreak/>
        <w:t>Приложение № 2</w:t>
      </w:r>
      <w:r w:rsidR="00233B52">
        <w:rPr>
          <w:lang w:val="ru-RU"/>
        </w:rPr>
        <w:t>А</w:t>
      </w:r>
    </w:p>
    <w:p w:rsidR="008D1CA5" w:rsidRPr="008D1CA5" w:rsidRDefault="008D1CA5" w:rsidP="004A241F">
      <w:pPr>
        <w:spacing w:after="0" w:line="240" w:lineRule="auto"/>
        <w:jc w:val="right"/>
        <w:rPr>
          <w:lang w:val="ru-RU"/>
        </w:rPr>
      </w:pPr>
      <w:r w:rsidRPr="008D1CA5">
        <w:rPr>
          <w:lang w:val="ru-RU"/>
        </w:rPr>
        <w:t>к Положению о конкурсе</w:t>
      </w:r>
      <w:r w:rsidRPr="008D1CA5">
        <w:rPr>
          <w:lang w:val="ru-RU"/>
        </w:rPr>
        <w:br/>
        <w:t>областного литературно-благотворительного проекта «Хранители»</w:t>
      </w:r>
    </w:p>
    <w:p w:rsidR="001C6481" w:rsidRPr="001C6481" w:rsidRDefault="001C6481" w:rsidP="004A241F">
      <w:pPr>
        <w:spacing w:after="0" w:line="240" w:lineRule="auto"/>
        <w:rPr>
          <w:lang w:val="ru-RU"/>
        </w:rPr>
      </w:pPr>
    </w:p>
    <w:p w:rsidR="001C6481" w:rsidRDefault="001C6481" w:rsidP="004A241F">
      <w:pPr>
        <w:pStyle w:val="21"/>
        <w:spacing w:before="0" w:line="240" w:lineRule="auto"/>
        <w:jc w:val="center"/>
        <w:rPr>
          <w:lang w:val="ru-RU"/>
        </w:rPr>
      </w:pPr>
      <w:r w:rsidRPr="001C6481">
        <w:rPr>
          <w:lang w:val="ru-RU"/>
        </w:rPr>
        <w:t>Согласие на обработку персональных данных участника Конкурса</w:t>
      </w:r>
    </w:p>
    <w:p w:rsidR="001C6481" w:rsidRPr="00451FF2" w:rsidRDefault="00451FF2" w:rsidP="004A241F">
      <w:pPr>
        <w:spacing w:after="0" w:line="240" w:lineRule="auto"/>
        <w:jc w:val="center"/>
        <w:rPr>
          <w:lang w:val="ru-RU"/>
        </w:rPr>
      </w:pPr>
      <w:r>
        <w:rPr>
          <w:lang w:val="ru-RU"/>
        </w:rPr>
        <w:t>(</w:t>
      </w:r>
      <w:r w:rsidR="00F93745" w:rsidRPr="00F93745">
        <w:rPr>
          <w:lang w:val="ru-RU"/>
        </w:rPr>
        <w:t>Заполняется в электронном виде</w:t>
      </w:r>
      <w:r w:rsidR="00F93745">
        <w:rPr>
          <w:lang w:val="ru-RU"/>
        </w:rPr>
        <w:t xml:space="preserve"> - р</w:t>
      </w:r>
      <w:r w:rsidR="00F93745" w:rsidRPr="00F93745">
        <w:rPr>
          <w:lang w:val="ru-RU"/>
        </w:rPr>
        <w:t>аспечатывать, подписывать от руки и сканировать не требуется</w:t>
      </w:r>
      <w:r>
        <w:rPr>
          <w:lang w:val="ru-RU"/>
        </w:rPr>
        <w:t xml:space="preserve">) </w:t>
      </w:r>
    </w:p>
    <w:p w:rsidR="00451FF2" w:rsidRPr="001C6481" w:rsidRDefault="00451FF2" w:rsidP="004A241F">
      <w:pPr>
        <w:spacing w:after="0" w:line="240" w:lineRule="auto"/>
        <w:rPr>
          <w:lang w:val="ru-RU"/>
        </w:rPr>
      </w:pPr>
    </w:p>
    <w:p w:rsidR="00451FF2" w:rsidRPr="00451FF2" w:rsidRDefault="00451FF2" w:rsidP="004A241F">
      <w:pPr>
        <w:pStyle w:val="aff9"/>
        <w:spacing w:before="0" w:beforeAutospacing="0" w:after="0" w:afterAutospacing="0"/>
      </w:pPr>
      <w:r>
        <w:t xml:space="preserve">Я, _________________________________________________________________, </w:t>
      </w:r>
      <w:r>
        <w:br/>
      </w:r>
      <w:r w:rsidRPr="00451FF2">
        <w:rPr>
          <w:bCs/>
        </w:rPr>
        <w:t>(фамилия, имя, отчество полностью)</w:t>
      </w:r>
    </w:p>
    <w:p w:rsidR="00F93745" w:rsidRPr="00233B52" w:rsidRDefault="00F93745" w:rsidP="004A241F">
      <w:pPr>
        <w:pStyle w:val="aff9"/>
        <w:spacing w:before="0" w:beforeAutospacing="0" w:after="0" w:afterAutospacing="0"/>
        <w:rPr>
          <w:bCs/>
        </w:rPr>
      </w:pPr>
      <w:r w:rsidRPr="00233B52">
        <w:rPr>
          <w:bCs/>
        </w:rPr>
        <w:t>даю согласие АНО «Центр социальной и культурной поддержки и развития «+100» на обработку моих персональных данных:</w:t>
      </w:r>
    </w:p>
    <w:p w:rsidR="00233B52" w:rsidRPr="00233B52" w:rsidRDefault="00233B52" w:rsidP="004A241F">
      <w:pPr>
        <w:spacing w:after="0" w:line="240" w:lineRule="auto"/>
        <w:rPr>
          <w:rFonts w:eastAsia="Times New Roman" w:cs="Times New Roman"/>
          <w:sz w:val="24"/>
          <w:szCs w:val="24"/>
          <w:lang w:val="ru-RU" w:eastAsia="ru-RU"/>
        </w:rPr>
      </w:pPr>
      <w:r w:rsidRPr="00233B52">
        <w:rPr>
          <w:rFonts w:eastAsia="Times New Roman" w:cs="Times New Roman"/>
          <w:b/>
          <w:bCs/>
          <w:sz w:val="24"/>
          <w:szCs w:val="24"/>
          <w:lang w:val="ru-RU" w:eastAsia="ru-RU"/>
        </w:rPr>
        <w:t>фамилия, имя, отчество (при наличии); населённый пункт; регион; номер телефона; адрес электронной почты; сведения об участии в конкурсе и мероприятиях проекта «Хранители».</w:t>
      </w:r>
    </w:p>
    <w:p w:rsidR="00233B52" w:rsidRPr="00233B52" w:rsidRDefault="00233B52" w:rsidP="004A241F">
      <w:pPr>
        <w:spacing w:after="0" w:line="240" w:lineRule="auto"/>
        <w:rPr>
          <w:rFonts w:eastAsia="Times New Roman" w:cs="Times New Roman"/>
          <w:sz w:val="24"/>
          <w:szCs w:val="24"/>
          <w:lang w:val="ru-RU" w:eastAsia="ru-RU"/>
        </w:rPr>
      </w:pPr>
      <w:r w:rsidRPr="00233B52">
        <w:rPr>
          <w:rFonts w:eastAsia="Times New Roman" w:cs="Times New Roman"/>
          <w:sz w:val="24"/>
          <w:szCs w:val="24"/>
          <w:lang w:val="ru-RU" w:eastAsia="ru-RU"/>
        </w:rPr>
        <w:t>Персональные данные обрабатываются в целях приёма и рассмотрения заявки, проведения конкурса, связи с участником, организации мероприятий, подготовки сборника, учёта участников и авторских экземпляров, подтверждения результатов проекта и предоставления необходимой отчётности Президентскому фонду культурных инициатив.</w:t>
      </w:r>
    </w:p>
    <w:p w:rsidR="00233B52" w:rsidRPr="00233B52" w:rsidRDefault="00233B52" w:rsidP="004A241F">
      <w:pPr>
        <w:spacing w:after="0" w:line="240" w:lineRule="auto"/>
        <w:rPr>
          <w:rFonts w:eastAsia="Times New Roman" w:cs="Times New Roman"/>
          <w:sz w:val="24"/>
          <w:szCs w:val="24"/>
          <w:lang w:val="ru-RU" w:eastAsia="ru-RU"/>
        </w:rPr>
      </w:pPr>
      <w:r w:rsidRPr="00233B52">
        <w:rPr>
          <w:rFonts w:eastAsia="Times New Roman" w:cs="Times New Roman"/>
          <w:sz w:val="24"/>
          <w:szCs w:val="24"/>
          <w:lang w:val="ru-RU" w:eastAsia="ru-RU"/>
        </w:rPr>
        <w:t>Разрешаю осуществлять сбор, запись, систематизацию, хранение, уточнение, использование, предоставление и удаление указанных персональных данных, в том числе предоставление Президентскому фонду культурных инициатив исключительно в объёме, необходимом для реализации, контроля и отчётности по проекту.</w:t>
      </w:r>
    </w:p>
    <w:p w:rsidR="00233B52" w:rsidRPr="00233B52" w:rsidRDefault="00233B52" w:rsidP="004A241F">
      <w:pPr>
        <w:spacing w:after="0" w:line="240" w:lineRule="auto"/>
        <w:rPr>
          <w:rFonts w:eastAsia="Times New Roman" w:cs="Times New Roman"/>
          <w:sz w:val="24"/>
          <w:szCs w:val="24"/>
          <w:lang w:val="ru-RU" w:eastAsia="ru-RU"/>
        </w:rPr>
      </w:pPr>
      <w:r w:rsidRPr="00233B52">
        <w:rPr>
          <w:rFonts w:eastAsia="Times New Roman" w:cs="Times New Roman"/>
          <w:sz w:val="24"/>
          <w:szCs w:val="24"/>
          <w:lang w:val="ru-RU" w:eastAsia="ru-RU"/>
        </w:rPr>
        <w:t xml:space="preserve">Согласие действует до достижения целей обработки и окончания установленных сроков хранения документов и может быть отозвано путём направления заявления на электронную почту </w:t>
      </w:r>
      <w:hyperlink r:id="rId11" w:history="1">
        <w:proofErr w:type="gramStart"/>
        <w:r w:rsidRPr="00850D11">
          <w:rPr>
            <w:rStyle w:val="aff8"/>
            <w:rFonts w:eastAsia="Times New Roman" w:cs="Times New Roman"/>
            <w:b/>
            <w:bCs/>
            <w:sz w:val="24"/>
            <w:szCs w:val="24"/>
            <w:lang w:val="ru-RU" w:eastAsia="ru-RU"/>
          </w:rPr>
          <w:t>hraniteli-plus100@mail.ru</w:t>
        </w:r>
      </w:hyperlink>
      <w:r>
        <w:rPr>
          <w:rFonts w:eastAsia="Times New Roman" w:cs="Times New Roman"/>
          <w:b/>
          <w:bCs/>
          <w:sz w:val="24"/>
          <w:szCs w:val="24"/>
          <w:lang w:val="ru-RU" w:eastAsia="ru-RU"/>
        </w:rPr>
        <w:t xml:space="preserve"> </w:t>
      </w:r>
      <w:r w:rsidRPr="00233B52">
        <w:rPr>
          <w:rFonts w:eastAsia="Times New Roman" w:cs="Times New Roman"/>
          <w:sz w:val="24"/>
          <w:szCs w:val="24"/>
          <w:lang w:val="ru-RU" w:eastAsia="ru-RU"/>
        </w:rPr>
        <w:t>.</w:t>
      </w:r>
      <w:proofErr w:type="gramEnd"/>
    </w:p>
    <w:p w:rsidR="00233B52" w:rsidRPr="00233B52" w:rsidRDefault="00233B52" w:rsidP="004A241F">
      <w:pPr>
        <w:spacing w:after="0" w:line="240" w:lineRule="auto"/>
        <w:rPr>
          <w:rFonts w:eastAsia="Times New Roman" w:cs="Times New Roman"/>
          <w:sz w:val="24"/>
          <w:szCs w:val="24"/>
          <w:lang w:val="ru-RU" w:eastAsia="ru-RU"/>
        </w:rPr>
      </w:pPr>
      <w:r w:rsidRPr="00233B52">
        <w:rPr>
          <w:rFonts w:eastAsia="Times New Roman" w:cs="Times New Roman"/>
          <w:sz w:val="24"/>
          <w:szCs w:val="24"/>
          <w:lang w:val="ru-RU" w:eastAsia="ru-RU"/>
        </w:rPr>
        <w:t>ФИО: ______________________________________________________</w:t>
      </w:r>
    </w:p>
    <w:p w:rsidR="00233B52" w:rsidRPr="00233B52" w:rsidRDefault="00233B52" w:rsidP="004A241F">
      <w:pPr>
        <w:spacing w:after="0" w:line="240" w:lineRule="auto"/>
        <w:rPr>
          <w:rFonts w:eastAsia="Times New Roman" w:cs="Times New Roman"/>
          <w:sz w:val="24"/>
          <w:szCs w:val="24"/>
          <w:lang w:val="ru-RU" w:eastAsia="ru-RU"/>
        </w:rPr>
      </w:pPr>
      <w:r w:rsidRPr="00233B52">
        <w:rPr>
          <w:rFonts w:eastAsia="Times New Roman" w:cs="Times New Roman"/>
          <w:sz w:val="24"/>
          <w:szCs w:val="24"/>
          <w:lang w:val="ru-RU" w:eastAsia="ru-RU"/>
        </w:rPr>
        <w:t>Дата: ______________________________________________________</w:t>
      </w:r>
    </w:p>
    <w:p w:rsidR="00F93745" w:rsidRPr="00233B52" w:rsidRDefault="00233B52" w:rsidP="004A241F">
      <w:pPr>
        <w:spacing w:after="0" w:line="240" w:lineRule="auto"/>
        <w:rPr>
          <w:rFonts w:eastAsia="Times New Roman" w:cs="Times New Roman"/>
          <w:sz w:val="24"/>
          <w:szCs w:val="24"/>
          <w:lang w:val="ru-RU" w:eastAsia="ru-RU"/>
        </w:rPr>
      </w:pPr>
      <w:r w:rsidRPr="00233B52">
        <w:rPr>
          <w:rFonts w:eastAsia="Times New Roman" w:cs="Times New Roman"/>
          <w:sz w:val="24"/>
          <w:szCs w:val="24"/>
          <w:lang w:val="ru-RU" w:eastAsia="ru-RU"/>
        </w:rPr>
        <w:t>Направление настоящего заполненного согласия с адреса электронной почты, указанного в заявке, подтверждает предоставление согласия на изложенных условиях.</w:t>
      </w:r>
    </w:p>
    <w:p w:rsidR="00233B52" w:rsidRDefault="00233B52" w:rsidP="004A241F">
      <w:pPr>
        <w:pStyle w:val="1"/>
        <w:spacing w:before="0" w:after="0" w:line="240" w:lineRule="auto"/>
        <w:jc w:val="right"/>
        <w:rPr>
          <w:lang w:val="ru-RU"/>
        </w:rPr>
      </w:pPr>
      <w:r>
        <w:rPr>
          <w:lang w:val="ru-RU"/>
        </w:rPr>
        <w:t>Приложение № 2Б</w:t>
      </w:r>
    </w:p>
    <w:p w:rsidR="00233B52" w:rsidRPr="008D1CA5" w:rsidRDefault="00233B52" w:rsidP="004A241F">
      <w:pPr>
        <w:spacing w:after="0" w:line="240" w:lineRule="auto"/>
        <w:jc w:val="right"/>
        <w:rPr>
          <w:lang w:val="ru-RU"/>
        </w:rPr>
      </w:pPr>
      <w:r w:rsidRPr="008D1CA5">
        <w:rPr>
          <w:lang w:val="ru-RU"/>
        </w:rPr>
        <w:t>к Положению о конкурсе</w:t>
      </w:r>
      <w:r w:rsidRPr="008D1CA5">
        <w:rPr>
          <w:lang w:val="ru-RU"/>
        </w:rPr>
        <w:br/>
        <w:t>областного литературно-благотворительного проекта «Хранители»</w:t>
      </w:r>
    </w:p>
    <w:p w:rsidR="004A241F" w:rsidRDefault="004A241F" w:rsidP="004A241F">
      <w:pPr>
        <w:pStyle w:val="21"/>
        <w:spacing w:before="0" w:line="240" w:lineRule="auto"/>
        <w:jc w:val="center"/>
        <w:rPr>
          <w:lang w:val="ru-RU"/>
        </w:rPr>
      </w:pPr>
    </w:p>
    <w:p w:rsidR="00F93745" w:rsidRDefault="004A241F" w:rsidP="004A241F">
      <w:pPr>
        <w:pStyle w:val="21"/>
        <w:spacing w:before="0" w:line="240" w:lineRule="auto"/>
        <w:jc w:val="center"/>
        <w:rPr>
          <w:lang w:val="ru-RU"/>
        </w:rPr>
      </w:pPr>
      <w:r w:rsidRPr="004A241F">
        <w:rPr>
          <w:lang w:val="ru-RU"/>
        </w:rPr>
        <w:t>С</w:t>
      </w:r>
      <w:r>
        <w:rPr>
          <w:lang w:val="ru-RU"/>
        </w:rPr>
        <w:t xml:space="preserve">огласие </w:t>
      </w:r>
      <w:r w:rsidRPr="004A241F">
        <w:rPr>
          <w:lang w:val="ru-RU"/>
        </w:rPr>
        <w:t>на обработку персональных данных, разрешённых для распространения</w:t>
      </w:r>
    </w:p>
    <w:p w:rsidR="004A241F" w:rsidRDefault="004A241F" w:rsidP="004A241F">
      <w:pPr>
        <w:spacing w:after="0" w:line="240" w:lineRule="auto"/>
        <w:jc w:val="center"/>
        <w:rPr>
          <w:lang w:val="ru-RU"/>
        </w:rPr>
      </w:pPr>
      <w:r>
        <w:rPr>
          <w:lang w:val="ru-RU"/>
        </w:rPr>
        <w:t xml:space="preserve"> (</w:t>
      </w:r>
      <w:r w:rsidRPr="00F93745">
        <w:rPr>
          <w:lang w:val="ru-RU"/>
        </w:rPr>
        <w:t>Заполняется в электронном виде</w:t>
      </w:r>
      <w:r>
        <w:rPr>
          <w:lang w:val="ru-RU"/>
        </w:rPr>
        <w:t xml:space="preserve"> - р</w:t>
      </w:r>
      <w:r w:rsidRPr="00F93745">
        <w:rPr>
          <w:lang w:val="ru-RU"/>
        </w:rPr>
        <w:t>аспечатывать, подписывать от руки и сканировать не требуется</w:t>
      </w:r>
      <w:r>
        <w:rPr>
          <w:lang w:val="ru-RU"/>
        </w:rPr>
        <w:t xml:space="preserve">) </w:t>
      </w:r>
    </w:p>
    <w:p w:rsidR="004A241F" w:rsidRPr="00451FF2" w:rsidRDefault="004A241F" w:rsidP="004A241F">
      <w:pPr>
        <w:spacing w:after="0" w:line="240" w:lineRule="auto"/>
        <w:jc w:val="center"/>
        <w:rPr>
          <w:lang w:val="ru-RU"/>
        </w:rPr>
      </w:pPr>
    </w:p>
    <w:p w:rsidR="004A241F" w:rsidRPr="004A241F" w:rsidRDefault="004A241F" w:rsidP="004A241F">
      <w:pPr>
        <w:spacing w:after="0" w:line="240" w:lineRule="auto"/>
        <w:rPr>
          <w:rFonts w:eastAsia="Times New Roman" w:cs="Times New Roman"/>
          <w:sz w:val="24"/>
          <w:szCs w:val="24"/>
          <w:lang w:val="ru-RU" w:eastAsia="ru-RU"/>
        </w:rPr>
      </w:pPr>
      <w:r w:rsidRPr="004A241F">
        <w:rPr>
          <w:rFonts w:eastAsia="Times New Roman" w:cs="Times New Roman"/>
          <w:sz w:val="24"/>
          <w:szCs w:val="24"/>
          <w:lang w:val="ru-RU" w:eastAsia="ru-RU"/>
        </w:rPr>
        <w:t>Я, ___________________________________________________________</w:t>
      </w:r>
      <w:proofErr w:type="gramStart"/>
      <w:r w:rsidRPr="004A241F">
        <w:rPr>
          <w:rFonts w:eastAsia="Times New Roman" w:cs="Times New Roman"/>
          <w:sz w:val="24"/>
          <w:szCs w:val="24"/>
          <w:lang w:val="ru-RU" w:eastAsia="ru-RU"/>
        </w:rPr>
        <w:t>_,</w:t>
      </w:r>
      <w:r w:rsidRPr="004A241F">
        <w:rPr>
          <w:rFonts w:eastAsia="Times New Roman" w:cs="Times New Roman"/>
          <w:sz w:val="24"/>
          <w:szCs w:val="24"/>
          <w:lang w:val="ru-RU" w:eastAsia="ru-RU"/>
        </w:rPr>
        <w:br/>
      </w:r>
      <w:r w:rsidRPr="004A241F">
        <w:rPr>
          <w:rFonts w:eastAsia="Times New Roman" w:cs="Times New Roman"/>
          <w:bCs/>
          <w:sz w:val="24"/>
          <w:szCs w:val="24"/>
          <w:lang w:val="ru-RU" w:eastAsia="ru-RU"/>
        </w:rPr>
        <w:t>(</w:t>
      </w:r>
      <w:proofErr w:type="gramEnd"/>
      <w:r w:rsidRPr="004A241F">
        <w:rPr>
          <w:rFonts w:eastAsia="Times New Roman" w:cs="Times New Roman"/>
          <w:bCs/>
          <w:sz w:val="24"/>
          <w:szCs w:val="24"/>
          <w:lang w:val="ru-RU" w:eastAsia="ru-RU"/>
        </w:rPr>
        <w:t>фамилия, имя, отчество при наличии)</w:t>
      </w:r>
    </w:p>
    <w:p w:rsidR="004A241F" w:rsidRPr="004A241F" w:rsidRDefault="004A241F" w:rsidP="004A241F">
      <w:pPr>
        <w:spacing w:after="0" w:line="240" w:lineRule="auto"/>
        <w:rPr>
          <w:rFonts w:eastAsia="Times New Roman" w:cs="Times New Roman"/>
          <w:sz w:val="24"/>
          <w:szCs w:val="24"/>
          <w:lang w:val="ru-RU" w:eastAsia="ru-RU"/>
        </w:rPr>
      </w:pPr>
      <w:r w:rsidRPr="004A241F">
        <w:rPr>
          <w:rFonts w:eastAsia="Times New Roman" w:cs="Times New Roman"/>
          <w:sz w:val="24"/>
          <w:szCs w:val="24"/>
          <w:lang w:val="ru-RU" w:eastAsia="ru-RU"/>
        </w:rPr>
        <w:t>контактная информация (телефон):</w:t>
      </w:r>
      <w:r>
        <w:rPr>
          <w:rFonts w:eastAsia="Times New Roman" w:cs="Times New Roman"/>
          <w:sz w:val="24"/>
          <w:szCs w:val="24"/>
          <w:lang w:val="ru-RU" w:eastAsia="ru-RU"/>
        </w:rPr>
        <w:t xml:space="preserve"> </w:t>
      </w:r>
      <w:r w:rsidRPr="004A241F">
        <w:rPr>
          <w:rFonts w:eastAsia="Times New Roman" w:cs="Times New Roman"/>
          <w:sz w:val="24"/>
          <w:szCs w:val="24"/>
          <w:lang w:val="ru-RU" w:eastAsia="ru-RU"/>
        </w:rPr>
        <w:t>________________________________,</w:t>
      </w:r>
    </w:p>
    <w:p w:rsidR="004A241F" w:rsidRPr="004A241F" w:rsidRDefault="004A241F" w:rsidP="004A241F">
      <w:pPr>
        <w:spacing w:after="0" w:line="240" w:lineRule="auto"/>
        <w:rPr>
          <w:rFonts w:eastAsia="Times New Roman" w:cs="Times New Roman"/>
          <w:sz w:val="24"/>
          <w:szCs w:val="24"/>
          <w:lang w:val="ru-RU" w:eastAsia="ru-RU"/>
        </w:rPr>
      </w:pPr>
      <w:r w:rsidRPr="004A241F">
        <w:rPr>
          <w:rFonts w:eastAsia="Times New Roman" w:cs="Times New Roman"/>
          <w:sz w:val="24"/>
          <w:szCs w:val="24"/>
          <w:lang w:val="ru-RU" w:eastAsia="ru-RU"/>
        </w:rPr>
        <w:t xml:space="preserve">разрешаю АНО «Центр социальной и культурной поддержки и развития «+100» обработку и распространение следующих персональных данных </w:t>
      </w:r>
      <w:r w:rsidRPr="004A241F">
        <w:rPr>
          <w:rFonts w:eastAsia="Times New Roman" w:cs="Times New Roman"/>
          <w:b/>
          <w:bCs/>
          <w:sz w:val="24"/>
          <w:szCs w:val="24"/>
          <w:lang w:val="ru-RU" w:eastAsia="ru-RU"/>
        </w:rPr>
        <w:t>в целях указания авторства и издания и распространения печатной и электронной версии сборника «Хранители»</w:t>
      </w:r>
      <w:r w:rsidRPr="004A241F">
        <w:rPr>
          <w:rFonts w:eastAsia="Times New Roman" w:cs="Times New Roman"/>
          <w:sz w:val="24"/>
          <w:szCs w:val="24"/>
          <w:lang w:val="ru-RU" w:eastAsia="ru-RU"/>
        </w:rPr>
        <w:t>:</w:t>
      </w:r>
    </w:p>
    <w:p w:rsidR="004A241F" w:rsidRPr="004A241F" w:rsidRDefault="004A241F" w:rsidP="004A241F">
      <w:pPr>
        <w:spacing w:after="0" w:line="240" w:lineRule="auto"/>
        <w:rPr>
          <w:rFonts w:eastAsia="Times New Roman" w:cs="Times New Roman"/>
          <w:sz w:val="24"/>
          <w:szCs w:val="24"/>
          <w:lang w:val="ru-RU" w:eastAsia="ru-RU"/>
        </w:rPr>
      </w:pPr>
      <w:r w:rsidRPr="004A241F">
        <w:rPr>
          <w:rFonts w:eastAsia="Times New Roman" w:cs="Times New Roman"/>
          <w:b/>
          <w:bCs/>
          <w:sz w:val="24"/>
          <w:szCs w:val="24"/>
          <w:lang w:val="ru-RU" w:eastAsia="ru-RU"/>
        </w:rPr>
        <w:t>Имя, которое необходимо указать в сборнике:</w:t>
      </w:r>
      <w:r>
        <w:rPr>
          <w:rFonts w:eastAsia="Times New Roman" w:cs="Times New Roman"/>
          <w:b/>
          <w:bCs/>
          <w:sz w:val="24"/>
          <w:szCs w:val="24"/>
          <w:lang w:val="ru-RU" w:eastAsia="ru-RU"/>
        </w:rPr>
        <w:t xml:space="preserve"> _______________________________________</w:t>
      </w:r>
    </w:p>
    <w:p w:rsidR="004A241F" w:rsidRPr="004A241F" w:rsidRDefault="004A241F" w:rsidP="004A241F">
      <w:pPr>
        <w:spacing w:after="0" w:line="240" w:lineRule="auto"/>
        <w:ind w:left="5040" w:firstLine="720"/>
        <w:rPr>
          <w:rFonts w:eastAsia="Times New Roman" w:cs="Times New Roman"/>
          <w:sz w:val="24"/>
          <w:szCs w:val="24"/>
          <w:lang w:val="ru-RU" w:eastAsia="ru-RU"/>
        </w:rPr>
      </w:pPr>
      <w:r w:rsidRPr="004A241F">
        <w:rPr>
          <w:rFonts w:eastAsia="Times New Roman" w:cs="Times New Roman"/>
          <w:i/>
          <w:iCs/>
          <w:sz w:val="24"/>
          <w:szCs w:val="24"/>
          <w:lang w:val="ru-RU" w:eastAsia="ru-RU"/>
        </w:rPr>
        <w:t>(фамилия и имя / псевдоним)</w:t>
      </w:r>
    </w:p>
    <w:p w:rsidR="004A241F" w:rsidRPr="004A241F" w:rsidRDefault="004A241F" w:rsidP="004A241F">
      <w:pPr>
        <w:spacing w:after="0" w:line="240" w:lineRule="auto"/>
        <w:rPr>
          <w:rFonts w:eastAsia="Times New Roman" w:cs="Times New Roman"/>
          <w:sz w:val="24"/>
          <w:szCs w:val="24"/>
          <w:lang w:val="ru-RU" w:eastAsia="ru-RU"/>
        </w:rPr>
      </w:pPr>
      <w:r w:rsidRPr="004A241F">
        <w:rPr>
          <w:rFonts w:eastAsia="Times New Roman" w:cs="Times New Roman"/>
          <w:b/>
          <w:bCs/>
          <w:sz w:val="24"/>
          <w:szCs w:val="24"/>
          <w:lang w:val="ru-RU" w:eastAsia="ru-RU"/>
        </w:rPr>
        <w:t>Населённый пункт:</w:t>
      </w:r>
      <w:r w:rsidRPr="004A241F">
        <w:rPr>
          <w:rFonts w:eastAsia="Times New Roman" w:cs="Times New Roman"/>
          <w:sz w:val="24"/>
          <w:szCs w:val="24"/>
          <w:lang w:val="ru-RU" w:eastAsia="ru-RU"/>
        </w:rPr>
        <w:t xml:space="preserve"> _________________________________________</w:t>
      </w:r>
    </w:p>
    <w:p w:rsidR="004A241F" w:rsidRPr="004A241F" w:rsidRDefault="004A241F" w:rsidP="004A241F">
      <w:pPr>
        <w:spacing w:after="0" w:line="240" w:lineRule="auto"/>
        <w:rPr>
          <w:rFonts w:eastAsia="Times New Roman" w:cs="Times New Roman"/>
          <w:sz w:val="24"/>
          <w:szCs w:val="24"/>
          <w:lang w:val="ru-RU" w:eastAsia="ru-RU"/>
        </w:rPr>
      </w:pPr>
      <w:r w:rsidRPr="004A241F">
        <w:rPr>
          <w:rFonts w:eastAsia="Times New Roman" w:cs="Times New Roman"/>
          <w:b/>
          <w:bCs/>
          <w:sz w:val="24"/>
          <w:szCs w:val="24"/>
          <w:lang w:val="ru-RU" w:eastAsia="ru-RU"/>
        </w:rPr>
        <w:t>Регион:</w:t>
      </w:r>
      <w:r w:rsidRPr="004A241F">
        <w:rPr>
          <w:rFonts w:eastAsia="Times New Roman" w:cs="Times New Roman"/>
          <w:sz w:val="24"/>
          <w:szCs w:val="24"/>
          <w:lang w:val="ru-RU" w:eastAsia="ru-RU"/>
        </w:rPr>
        <w:t xml:space="preserve"> ___________________________________________________</w:t>
      </w:r>
    </w:p>
    <w:p w:rsidR="004A241F" w:rsidRPr="004A241F" w:rsidRDefault="004A241F" w:rsidP="004A241F">
      <w:pPr>
        <w:spacing w:after="0" w:line="240" w:lineRule="auto"/>
        <w:rPr>
          <w:rFonts w:eastAsia="Times New Roman" w:cs="Times New Roman"/>
          <w:sz w:val="24"/>
          <w:szCs w:val="24"/>
          <w:lang w:val="ru-RU" w:eastAsia="ru-RU"/>
        </w:rPr>
      </w:pPr>
      <w:r w:rsidRPr="004A241F">
        <w:rPr>
          <w:rFonts w:eastAsia="Times New Roman" w:cs="Times New Roman"/>
          <w:sz w:val="24"/>
          <w:szCs w:val="24"/>
          <w:lang w:val="ru-RU" w:eastAsia="ru-RU"/>
        </w:rPr>
        <w:t xml:space="preserve">Иные мои персональные данные, включая номер телефона и адрес электронной почты, </w:t>
      </w:r>
      <w:r w:rsidRPr="004A241F">
        <w:rPr>
          <w:rFonts w:eastAsia="Times New Roman" w:cs="Times New Roman"/>
          <w:b/>
          <w:bCs/>
          <w:sz w:val="24"/>
          <w:szCs w:val="24"/>
          <w:lang w:val="ru-RU" w:eastAsia="ru-RU"/>
        </w:rPr>
        <w:t>для распространения не предоставляются</w:t>
      </w:r>
      <w:r w:rsidRPr="004A241F">
        <w:rPr>
          <w:rFonts w:eastAsia="Times New Roman" w:cs="Times New Roman"/>
          <w:sz w:val="24"/>
          <w:szCs w:val="24"/>
          <w:lang w:val="ru-RU" w:eastAsia="ru-RU"/>
        </w:rPr>
        <w:t>.</w:t>
      </w:r>
    </w:p>
    <w:p w:rsidR="004A241F" w:rsidRPr="004A241F" w:rsidRDefault="004A241F" w:rsidP="004A241F">
      <w:pPr>
        <w:spacing w:after="0" w:line="240" w:lineRule="auto"/>
        <w:rPr>
          <w:rFonts w:eastAsia="Times New Roman" w:cs="Times New Roman"/>
          <w:sz w:val="24"/>
          <w:szCs w:val="24"/>
          <w:lang w:val="ru-RU" w:eastAsia="ru-RU"/>
        </w:rPr>
      </w:pPr>
      <w:r w:rsidRPr="004A241F">
        <w:rPr>
          <w:rFonts w:eastAsia="Times New Roman" w:cs="Times New Roman"/>
          <w:sz w:val="24"/>
          <w:szCs w:val="24"/>
          <w:lang w:val="ru-RU" w:eastAsia="ru-RU"/>
        </w:rPr>
        <w:t>Разрешаю размещение указанных выше данных:</w:t>
      </w:r>
    </w:p>
    <w:p w:rsidR="004A241F" w:rsidRPr="004A241F" w:rsidRDefault="004A241F" w:rsidP="004A241F">
      <w:pPr>
        <w:spacing w:after="0" w:line="240" w:lineRule="auto"/>
        <w:rPr>
          <w:rFonts w:eastAsia="Times New Roman" w:cs="Times New Roman"/>
          <w:sz w:val="24"/>
          <w:szCs w:val="24"/>
          <w:lang w:val="ru-RU" w:eastAsia="ru-RU"/>
        </w:rPr>
      </w:pPr>
      <w:r>
        <w:rPr>
          <w:rFonts w:asciiTheme="minorHAnsi" w:eastAsia="Times New Roman" w:hAnsiTheme="minorHAnsi" w:cs="Segoe UI Symbol"/>
          <w:sz w:val="24"/>
          <w:szCs w:val="24"/>
          <w:lang w:val="ru-RU" w:eastAsia="ru-RU"/>
        </w:rPr>
        <w:lastRenderedPageBreak/>
        <w:t>-</w:t>
      </w:r>
      <w:r w:rsidRPr="004A241F">
        <w:rPr>
          <w:rFonts w:eastAsia="Times New Roman" w:cs="Times New Roman"/>
          <w:sz w:val="24"/>
          <w:szCs w:val="24"/>
          <w:lang w:val="ru-RU" w:eastAsia="ru-RU"/>
        </w:rPr>
        <w:t xml:space="preserve"> в печатном сборнике «Хранители»;</w:t>
      </w:r>
      <w:r>
        <w:rPr>
          <w:rFonts w:eastAsia="Times New Roman" w:cs="Times New Roman"/>
          <w:sz w:val="24"/>
          <w:szCs w:val="24"/>
          <w:lang w:val="ru-RU" w:eastAsia="ru-RU"/>
        </w:rPr>
        <w:t xml:space="preserve"> </w:t>
      </w:r>
      <w:r w:rsidRPr="004A241F">
        <w:rPr>
          <w:rFonts w:eastAsia="Times New Roman" w:cs="Times New Roman"/>
          <w:sz w:val="24"/>
          <w:szCs w:val="24"/>
          <w:lang w:val="ru-RU" w:eastAsia="ru-RU"/>
        </w:rPr>
        <w:br/>
      </w:r>
      <w:r>
        <w:rPr>
          <w:rFonts w:asciiTheme="minorHAnsi" w:eastAsia="Times New Roman" w:hAnsiTheme="minorHAnsi" w:cs="Segoe UI Symbol"/>
          <w:sz w:val="24"/>
          <w:szCs w:val="24"/>
          <w:lang w:val="ru-RU" w:eastAsia="ru-RU"/>
        </w:rPr>
        <w:t>-</w:t>
      </w:r>
      <w:r w:rsidRPr="004A241F">
        <w:rPr>
          <w:rFonts w:eastAsia="Times New Roman" w:cs="Times New Roman"/>
          <w:sz w:val="24"/>
          <w:szCs w:val="24"/>
          <w:lang w:val="ru-RU" w:eastAsia="ru-RU"/>
        </w:rPr>
        <w:t xml:space="preserve"> в электронной PDF-версии сборника «Хранители».</w:t>
      </w:r>
    </w:p>
    <w:p w:rsidR="004A241F" w:rsidRPr="004A241F" w:rsidRDefault="004A241F" w:rsidP="004A241F">
      <w:pPr>
        <w:spacing w:after="0" w:line="240" w:lineRule="auto"/>
        <w:rPr>
          <w:rFonts w:eastAsia="Times New Roman" w:cs="Times New Roman"/>
          <w:sz w:val="24"/>
          <w:szCs w:val="24"/>
          <w:lang w:val="ru-RU" w:eastAsia="ru-RU"/>
        </w:rPr>
      </w:pPr>
      <w:r w:rsidRPr="004A241F">
        <w:rPr>
          <w:rFonts w:eastAsia="Times New Roman" w:cs="Times New Roman"/>
          <w:sz w:val="24"/>
          <w:szCs w:val="24"/>
          <w:lang w:val="ru-RU" w:eastAsia="ru-RU"/>
        </w:rPr>
        <w:t>Дополнительные запреты или условия распространения:</w:t>
      </w:r>
      <w:r>
        <w:rPr>
          <w:rFonts w:eastAsia="Times New Roman" w:cs="Times New Roman"/>
          <w:sz w:val="24"/>
          <w:szCs w:val="24"/>
          <w:lang w:val="ru-RU" w:eastAsia="ru-RU"/>
        </w:rPr>
        <w:t xml:space="preserve"> ________________________________</w:t>
      </w:r>
    </w:p>
    <w:p w:rsidR="004A241F" w:rsidRPr="004A241F" w:rsidRDefault="004A241F" w:rsidP="004A241F">
      <w:pPr>
        <w:spacing w:after="0" w:line="240" w:lineRule="auto"/>
        <w:rPr>
          <w:rFonts w:eastAsia="Times New Roman" w:cs="Times New Roman"/>
          <w:b/>
          <w:sz w:val="24"/>
          <w:szCs w:val="24"/>
          <w:lang w:val="ru-RU" w:eastAsia="ru-RU"/>
        </w:rPr>
      </w:pPr>
      <w:r w:rsidRPr="004A241F">
        <w:rPr>
          <w:rFonts w:eastAsia="Times New Roman" w:cs="Times New Roman"/>
          <w:b/>
          <w:sz w:val="24"/>
          <w:szCs w:val="24"/>
          <w:lang w:val="ru-RU" w:eastAsia="ru-RU"/>
        </w:rPr>
        <w:t>Дополнительных запретов и условий не устанавливаю.</w:t>
      </w:r>
    </w:p>
    <w:p w:rsidR="004A241F" w:rsidRPr="004A241F" w:rsidRDefault="004A241F" w:rsidP="004A241F">
      <w:pPr>
        <w:spacing w:after="0" w:line="240" w:lineRule="auto"/>
        <w:rPr>
          <w:rFonts w:eastAsia="Times New Roman" w:cs="Times New Roman"/>
          <w:sz w:val="24"/>
          <w:szCs w:val="24"/>
          <w:lang w:val="ru-RU" w:eastAsia="ru-RU"/>
        </w:rPr>
      </w:pPr>
      <w:r w:rsidRPr="004A241F">
        <w:rPr>
          <w:rFonts w:eastAsia="Times New Roman" w:cs="Times New Roman"/>
          <w:sz w:val="24"/>
          <w:szCs w:val="24"/>
          <w:lang w:val="ru-RU" w:eastAsia="ru-RU"/>
        </w:rPr>
        <w:t xml:space="preserve">Согласие действует до его отзыва. Требование о прекращении распространения персональных данных может быть направлено на </w:t>
      </w:r>
      <w:hyperlink r:id="rId12" w:history="1">
        <w:proofErr w:type="gramStart"/>
        <w:r w:rsidRPr="00850D11">
          <w:rPr>
            <w:rStyle w:val="aff8"/>
            <w:rFonts w:eastAsia="Times New Roman" w:cs="Times New Roman"/>
            <w:b/>
            <w:bCs/>
            <w:sz w:val="24"/>
            <w:szCs w:val="24"/>
            <w:lang w:val="ru-RU" w:eastAsia="ru-RU"/>
          </w:rPr>
          <w:t>hraniteli-plus100@mail.ru</w:t>
        </w:r>
      </w:hyperlink>
      <w:r>
        <w:rPr>
          <w:rFonts w:eastAsia="Times New Roman" w:cs="Times New Roman"/>
          <w:b/>
          <w:bCs/>
          <w:sz w:val="24"/>
          <w:szCs w:val="24"/>
          <w:lang w:val="ru-RU" w:eastAsia="ru-RU"/>
        </w:rPr>
        <w:t xml:space="preserve"> </w:t>
      </w:r>
      <w:r w:rsidRPr="004A241F">
        <w:rPr>
          <w:rFonts w:eastAsia="Times New Roman" w:cs="Times New Roman"/>
          <w:sz w:val="24"/>
          <w:szCs w:val="24"/>
          <w:lang w:val="ru-RU" w:eastAsia="ru-RU"/>
        </w:rPr>
        <w:t>.</w:t>
      </w:r>
      <w:proofErr w:type="gramEnd"/>
    </w:p>
    <w:p w:rsidR="004A241F" w:rsidRDefault="004A241F" w:rsidP="004A241F">
      <w:pPr>
        <w:spacing w:after="0" w:line="240" w:lineRule="auto"/>
        <w:rPr>
          <w:rFonts w:eastAsia="Times New Roman" w:cs="Times New Roman"/>
          <w:sz w:val="24"/>
          <w:szCs w:val="24"/>
          <w:lang w:val="ru-RU" w:eastAsia="ru-RU"/>
        </w:rPr>
      </w:pPr>
      <w:r w:rsidRPr="004A241F">
        <w:rPr>
          <w:rFonts w:eastAsia="Times New Roman" w:cs="Times New Roman"/>
          <w:b/>
          <w:bCs/>
          <w:sz w:val="24"/>
          <w:szCs w:val="24"/>
          <w:lang w:val="ru-RU" w:eastAsia="ru-RU"/>
        </w:rPr>
        <w:t>Сведения об операторе:</w:t>
      </w:r>
      <w:r>
        <w:rPr>
          <w:rFonts w:eastAsia="Times New Roman" w:cs="Times New Roman"/>
          <w:b/>
          <w:bCs/>
          <w:sz w:val="24"/>
          <w:szCs w:val="24"/>
          <w:lang w:val="ru-RU" w:eastAsia="ru-RU"/>
        </w:rPr>
        <w:t xml:space="preserve"> </w:t>
      </w:r>
      <w:r w:rsidRPr="004A241F">
        <w:rPr>
          <w:rFonts w:eastAsia="Times New Roman" w:cs="Times New Roman"/>
          <w:sz w:val="24"/>
          <w:szCs w:val="24"/>
          <w:lang w:val="ru-RU" w:eastAsia="ru-RU"/>
        </w:rPr>
        <w:br/>
        <w:t>АНО «Центр социальной и культурной поддержки и развития «+100»</w:t>
      </w:r>
      <w:r>
        <w:rPr>
          <w:rFonts w:eastAsia="Times New Roman" w:cs="Times New Roman"/>
          <w:sz w:val="24"/>
          <w:szCs w:val="24"/>
          <w:lang w:val="ru-RU" w:eastAsia="ru-RU"/>
        </w:rPr>
        <w:t xml:space="preserve"> </w:t>
      </w:r>
      <w:r w:rsidRPr="004A241F">
        <w:rPr>
          <w:rFonts w:eastAsia="Times New Roman" w:cs="Times New Roman"/>
          <w:sz w:val="24"/>
          <w:szCs w:val="24"/>
          <w:lang w:val="ru-RU" w:eastAsia="ru-RU"/>
        </w:rPr>
        <w:br/>
        <w:t xml:space="preserve">ИНН: </w:t>
      </w:r>
      <w:r w:rsidRPr="004A241F">
        <w:rPr>
          <w:sz w:val="24"/>
          <w:szCs w:val="24"/>
          <w:lang w:val="ru-RU"/>
        </w:rPr>
        <w:t>7203560392</w:t>
      </w:r>
      <w:r w:rsidRPr="004A241F">
        <w:rPr>
          <w:rFonts w:eastAsia="Times New Roman" w:cs="Times New Roman"/>
          <w:sz w:val="24"/>
          <w:szCs w:val="24"/>
          <w:lang w:val="ru-RU" w:eastAsia="ru-RU"/>
        </w:rPr>
        <w:t xml:space="preserve"> ОГРН: </w:t>
      </w:r>
      <w:r w:rsidRPr="004A241F">
        <w:rPr>
          <w:sz w:val="24"/>
          <w:szCs w:val="24"/>
          <w:lang w:val="ru-RU"/>
        </w:rPr>
        <w:t>1237200013566</w:t>
      </w:r>
      <w:r w:rsidRPr="004A241F">
        <w:rPr>
          <w:rFonts w:eastAsia="Times New Roman" w:cs="Times New Roman"/>
          <w:sz w:val="24"/>
          <w:szCs w:val="24"/>
          <w:lang w:val="ru-RU" w:eastAsia="ru-RU"/>
        </w:rPr>
        <w:br/>
        <w:t xml:space="preserve">Адрес оператора: </w:t>
      </w:r>
      <w:r w:rsidR="00027F18" w:rsidRPr="00027F18">
        <w:rPr>
          <w:sz w:val="24"/>
          <w:szCs w:val="24"/>
          <w:lang w:val="ru-RU"/>
        </w:rPr>
        <w:t>6250</w:t>
      </w:r>
      <w:r w:rsidR="005E62E5">
        <w:rPr>
          <w:sz w:val="24"/>
          <w:szCs w:val="24"/>
          <w:lang w:val="ru-RU"/>
        </w:rPr>
        <w:t>26</w:t>
      </w:r>
      <w:r w:rsidR="00027F18" w:rsidRPr="00027F18">
        <w:rPr>
          <w:sz w:val="24"/>
          <w:szCs w:val="24"/>
          <w:lang w:val="ru-RU"/>
        </w:rPr>
        <w:t xml:space="preserve">, г. Тюмень, ул. </w:t>
      </w:r>
      <w:r w:rsidR="005E62E5">
        <w:rPr>
          <w:sz w:val="24"/>
          <w:szCs w:val="24"/>
          <w:lang w:val="ru-RU"/>
        </w:rPr>
        <w:t>Котовского, д. 54.</w:t>
      </w:r>
      <w:r w:rsidRPr="004A241F">
        <w:rPr>
          <w:rFonts w:eastAsia="Times New Roman" w:cs="Times New Roman"/>
          <w:sz w:val="24"/>
          <w:szCs w:val="24"/>
          <w:lang w:val="ru-RU" w:eastAsia="ru-RU"/>
        </w:rPr>
        <w:br/>
        <w:t xml:space="preserve">Информационный ресурс, на котором предполагается размещение PDF: </w:t>
      </w:r>
      <w:hyperlink r:id="rId13" w:history="1">
        <w:proofErr w:type="gramStart"/>
        <w:r w:rsidRPr="00850D11">
          <w:rPr>
            <w:rStyle w:val="aff8"/>
            <w:rFonts w:eastAsia="Times New Roman" w:cs="Times New Roman"/>
            <w:sz w:val="24"/>
            <w:szCs w:val="24"/>
            <w:lang w:val="ru-RU" w:eastAsia="ru-RU"/>
          </w:rPr>
          <w:t>https://www.litres.ru/</w:t>
        </w:r>
      </w:hyperlink>
      <w:r>
        <w:rPr>
          <w:rFonts w:eastAsia="Times New Roman" w:cs="Times New Roman"/>
          <w:sz w:val="24"/>
          <w:szCs w:val="24"/>
          <w:lang w:val="ru-RU" w:eastAsia="ru-RU"/>
        </w:rPr>
        <w:t xml:space="preserve"> ,</w:t>
      </w:r>
      <w:proofErr w:type="gramEnd"/>
      <w:r>
        <w:rPr>
          <w:rFonts w:eastAsia="Times New Roman" w:cs="Times New Roman"/>
          <w:sz w:val="24"/>
          <w:szCs w:val="24"/>
          <w:lang w:val="ru-RU" w:eastAsia="ru-RU"/>
        </w:rPr>
        <w:t xml:space="preserve"> </w:t>
      </w:r>
      <w:hyperlink r:id="rId14" w:history="1">
        <w:r w:rsidRPr="00850D11">
          <w:rPr>
            <w:rStyle w:val="aff8"/>
            <w:rFonts w:eastAsia="Times New Roman" w:cs="Times New Roman"/>
            <w:sz w:val="24"/>
            <w:szCs w:val="24"/>
            <w:lang w:val="ru-RU" w:eastAsia="ru-RU"/>
          </w:rPr>
          <w:t>https://vk.ru/plus100vk</w:t>
        </w:r>
      </w:hyperlink>
      <w:r>
        <w:rPr>
          <w:rFonts w:eastAsia="Times New Roman" w:cs="Times New Roman"/>
          <w:sz w:val="24"/>
          <w:szCs w:val="24"/>
          <w:lang w:val="ru-RU" w:eastAsia="ru-RU"/>
        </w:rPr>
        <w:t xml:space="preserve"> </w:t>
      </w:r>
    </w:p>
    <w:p w:rsidR="004A241F" w:rsidRPr="004A241F" w:rsidRDefault="004A241F" w:rsidP="004A241F">
      <w:pPr>
        <w:spacing w:after="0" w:line="240" w:lineRule="auto"/>
        <w:rPr>
          <w:rFonts w:eastAsia="Times New Roman" w:cs="Times New Roman"/>
          <w:sz w:val="24"/>
          <w:szCs w:val="24"/>
          <w:lang w:val="ru-RU" w:eastAsia="ru-RU"/>
        </w:rPr>
      </w:pPr>
    </w:p>
    <w:p w:rsidR="004A241F" w:rsidRPr="004A241F" w:rsidRDefault="004A241F" w:rsidP="004A241F">
      <w:pPr>
        <w:spacing w:after="0" w:line="240" w:lineRule="auto"/>
        <w:rPr>
          <w:rFonts w:eastAsia="Times New Roman" w:cs="Times New Roman"/>
          <w:sz w:val="24"/>
          <w:szCs w:val="24"/>
          <w:lang w:val="ru-RU" w:eastAsia="ru-RU"/>
        </w:rPr>
      </w:pPr>
      <w:r w:rsidRPr="004A241F">
        <w:rPr>
          <w:rFonts w:eastAsia="Times New Roman" w:cs="Times New Roman"/>
          <w:sz w:val="24"/>
          <w:szCs w:val="24"/>
          <w:lang w:val="ru-RU" w:eastAsia="ru-RU"/>
        </w:rPr>
        <w:t>ФИО: ______________________</w:t>
      </w:r>
      <w:r>
        <w:rPr>
          <w:rFonts w:eastAsia="Times New Roman" w:cs="Times New Roman"/>
          <w:sz w:val="24"/>
          <w:szCs w:val="24"/>
          <w:lang w:val="ru-RU" w:eastAsia="ru-RU"/>
        </w:rPr>
        <w:t>_______________________________</w:t>
      </w:r>
    </w:p>
    <w:p w:rsidR="004A241F" w:rsidRPr="004A241F" w:rsidRDefault="004A241F" w:rsidP="004A241F">
      <w:pPr>
        <w:spacing w:after="0" w:line="240" w:lineRule="auto"/>
        <w:rPr>
          <w:rFonts w:eastAsia="Times New Roman" w:cs="Times New Roman"/>
          <w:sz w:val="24"/>
          <w:szCs w:val="24"/>
          <w:lang w:val="ru-RU" w:eastAsia="ru-RU"/>
        </w:rPr>
      </w:pPr>
      <w:r w:rsidRPr="004A241F">
        <w:rPr>
          <w:rFonts w:eastAsia="Times New Roman" w:cs="Times New Roman"/>
          <w:sz w:val="24"/>
          <w:szCs w:val="24"/>
          <w:lang w:val="ru-RU" w:eastAsia="ru-RU"/>
        </w:rPr>
        <w:t>Дата: ________________</w:t>
      </w:r>
    </w:p>
    <w:p w:rsidR="004A241F" w:rsidRDefault="004A241F" w:rsidP="004A241F">
      <w:pPr>
        <w:spacing w:after="0" w:line="240" w:lineRule="auto"/>
        <w:rPr>
          <w:lang w:val="ru-RU"/>
        </w:rPr>
      </w:pPr>
      <w:r w:rsidRPr="004A241F">
        <w:rPr>
          <w:lang w:val="ru-RU"/>
        </w:rPr>
        <w:t>Направление настоящего заполненного согласия с адреса электронной почты, указанного в заявке, подтверждает предоставление согласия на изложенных условиях.</w:t>
      </w:r>
      <w:r>
        <w:rPr>
          <w:lang w:val="ru-RU"/>
        </w:rPr>
        <w:t xml:space="preserve"> </w:t>
      </w:r>
    </w:p>
    <w:p w:rsidR="004A241F" w:rsidRPr="004A241F" w:rsidRDefault="004A241F" w:rsidP="004A241F">
      <w:pPr>
        <w:spacing w:after="0" w:line="240" w:lineRule="auto"/>
        <w:rPr>
          <w:rFonts w:eastAsia="Times New Roman" w:cs="Times New Roman"/>
          <w:sz w:val="24"/>
          <w:szCs w:val="24"/>
          <w:lang w:val="ru-RU" w:eastAsia="ru-RU"/>
        </w:rPr>
      </w:pPr>
    </w:p>
    <w:sectPr w:rsidR="004A241F" w:rsidRPr="004A241F" w:rsidSect="00034616">
      <w:pgSz w:w="12240" w:h="15840"/>
      <w:pgMar w:top="964" w:right="964" w:bottom="96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789481F"/>
    <w:multiLevelType w:val="multilevel"/>
    <w:tmpl w:val="3DE28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8FC4E91"/>
    <w:multiLevelType w:val="multilevel"/>
    <w:tmpl w:val="A9081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3276908"/>
    <w:multiLevelType w:val="multilevel"/>
    <w:tmpl w:val="40A42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5A643FB"/>
    <w:multiLevelType w:val="multilevel"/>
    <w:tmpl w:val="7374B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E5C3D4D"/>
    <w:multiLevelType w:val="multilevel"/>
    <w:tmpl w:val="E5DA7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2036A65"/>
    <w:multiLevelType w:val="multilevel"/>
    <w:tmpl w:val="CBB8F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2C30DBB"/>
    <w:multiLevelType w:val="multilevel"/>
    <w:tmpl w:val="D57ED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4457B5B"/>
    <w:multiLevelType w:val="multilevel"/>
    <w:tmpl w:val="424A8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5886370"/>
    <w:multiLevelType w:val="multilevel"/>
    <w:tmpl w:val="3C503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2E6443C"/>
    <w:multiLevelType w:val="multilevel"/>
    <w:tmpl w:val="D4704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3"/>
  </w:num>
  <w:num w:numId="12">
    <w:abstractNumId w:val="15"/>
  </w:num>
  <w:num w:numId="13">
    <w:abstractNumId w:val="17"/>
  </w:num>
  <w:num w:numId="14">
    <w:abstractNumId w:val="16"/>
  </w:num>
  <w:num w:numId="15">
    <w:abstractNumId w:val="11"/>
  </w:num>
  <w:num w:numId="16">
    <w:abstractNumId w:val="18"/>
  </w:num>
  <w:num w:numId="17">
    <w:abstractNumId w:val="10"/>
  </w:num>
  <w:num w:numId="18">
    <w:abstractNumId w:val="12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27F18"/>
    <w:rsid w:val="00034616"/>
    <w:rsid w:val="0006063C"/>
    <w:rsid w:val="00064567"/>
    <w:rsid w:val="0015074B"/>
    <w:rsid w:val="001C6481"/>
    <w:rsid w:val="001F17DB"/>
    <w:rsid w:val="00233B52"/>
    <w:rsid w:val="0029639D"/>
    <w:rsid w:val="002C5322"/>
    <w:rsid w:val="00326F90"/>
    <w:rsid w:val="00451FF2"/>
    <w:rsid w:val="004A241F"/>
    <w:rsid w:val="005055E6"/>
    <w:rsid w:val="0052497C"/>
    <w:rsid w:val="005B54F6"/>
    <w:rsid w:val="005B57B8"/>
    <w:rsid w:val="005E62E5"/>
    <w:rsid w:val="00660482"/>
    <w:rsid w:val="008D1CA5"/>
    <w:rsid w:val="008D63E5"/>
    <w:rsid w:val="0096643B"/>
    <w:rsid w:val="00A23C0D"/>
    <w:rsid w:val="00A2425D"/>
    <w:rsid w:val="00A61996"/>
    <w:rsid w:val="00A76429"/>
    <w:rsid w:val="00AA1D8D"/>
    <w:rsid w:val="00B343B6"/>
    <w:rsid w:val="00B47730"/>
    <w:rsid w:val="00BD255F"/>
    <w:rsid w:val="00CB0664"/>
    <w:rsid w:val="00CB4A33"/>
    <w:rsid w:val="00CE378E"/>
    <w:rsid w:val="00D44AE8"/>
    <w:rsid w:val="00D728E6"/>
    <w:rsid w:val="00DB4382"/>
    <w:rsid w:val="00F16F5F"/>
    <w:rsid w:val="00F9374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F8A3802B-CD21-47F7-AE8F-141AA579D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60" w:line="252" w:lineRule="auto"/>
    </w:pPr>
    <w:rPr>
      <w:rFonts w:ascii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/>
      <w:b/>
      <w:bCs/>
      <w:color w:val="000000"/>
      <w:sz w:val="2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96643B"/>
    <w:rPr>
      <w:color w:val="0000FF" w:themeColor="hyperlink"/>
      <w:u w:val="single"/>
    </w:rPr>
  </w:style>
  <w:style w:type="paragraph" w:customStyle="1" w:styleId="isselectedend">
    <w:name w:val="isselectedend"/>
    <w:basedOn w:val="a1"/>
    <w:rsid w:val="00064567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val="ru-RU" w:eastAsia="ru-RU"/>
    </w:rPr>
  </w:style>
  <w:style w:type="paragraph" w:styleId="aff9">
    <w:name w:val="Normal (Web)"/>
    <w:basedOn w:val="a1"/>
    <w:uiPriority w:val="99"/>
    <w:unhideWhenUsed/>
    <w:rsid w:val="00064567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val="ru-RU" w:eastAsia="ru-RU"/>
    </w:rPr>
  </w:style>
  <w:style w:type="paragraph" w:customStyle="1" w:styleId="pdq2pgselectionanchorcontainer">
    <w:name w:val="pdq2pg_selectionanchorcontainer"/>
    <w:basedOn w:val="a1"/>
    <w:rsid w:val="008D63E5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50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7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4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9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1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0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5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9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raniteli-plus100@mail.ru" TargetMode="External"/><Relationship Id="rId13" Type="http://schemas.openxmlformats.org/officeDocument/2006/relationships/hyperlink" Target="https://www.litres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hraniteli-plus100@mail.ru" TargetMode="External"/><Relationship Id="rId12" Type="http://schemas.openxmlformats.org/officeDocument/2006/relationships/hyperlink" Target="mailto:hraniteli-plus100@mail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mailto:hraniteli-plus100@mail.ru" TargetMode="External"/><Relationship Id="rId11" Type="http://schemas.openxmlformats.org/officeDocument/2006/relationships/hyperlink" Target="mailto:hraniteli-plus100@mail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anoplus100.tilda.ws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ru/plus100vk" TargetMode="External"/><Relationship Id="rId14" Type="http://schemas.openxmlformats.org/officeDocument/2006/relationships/hyperlink" Target="https://vk.ru/plus100v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44ACA53-C2CF-41F6-B209-FEAC7EE29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8</Pages>
  <Words>3607</Words>
  <Characters>20561</Characters>
  <Application>Microsoft Office Word</Application>
  <DocSecurity>0</DocSecurity>
  <Lines>171</Lines>
  <Paragraphs>48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24120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17</cp:revision>
  <dcterms:created xsi:type="dcterms:W3CDTF">2026-08-26T06:02:00Z</dcterms:created>
  <dcterms:modified xsi:type="dcterms:W3CDTF">2026-09-01T11:12:00Z</dcterms:modified>
  <cp:category/>
</cp:coreProperties>
</file>